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ALES Sözel Mantık</w:t>
        <w:br/>
        <w:t>Soru Kitapçığı</w:t>
      </w:r>
    </w:p>
    <w:p>
      <w:pPr>
        <w:pStyle w:val="Subtitle"/>
      </w:pPr>
      <w:r>
        <w:t>Sıralama ve koşullu çıkarım</w:t>
      </w:r>
    </w:p>
    <w:p>
      <w:pPr>
        <w:keepNext w:val="0"/>
        <w:spacing w:after="240"/>
      </w:pPr>
      <w:r>
        <w:rPr>
          <w:b/>
        </w:rPr>
        <w:t>Dört özgün senaryo ve 20 soru</w:t>
      </w:r>
    </w:p>
    <w:p>
      <w:pPr>
        <w:keepNext w:val="0"/>
        <w:spacing w:after="100"/>
      </w:pPr>
      <w:r>
        <w:rPr>
          <w:b w:val="0"/>
        </w:rPr>
        <w:t>Bu pilot, sözel mantıkta bilgileri sıralamaya dönüştürme ve koşullardan sonuç çıkarma becerilerini çalışmak için hazırlanmıştır. Her soruda beş seçenek ve yalnızca bir doğru cevap vardır.</w:t>
      </w:r>
    </w:p>
    <w:p>
      <w:pPr>
        <w:pStyle w:val="Heading2"/>
      </w:pPr>
      <w:r>
        <w:t>Uygulama yönergesi</w:t>
      </w:r>
    </w:p>
    <w:p>
      <w:pPr>
        <w:keepNext w:val="0"/>
        <w:spacing w:after="100"/>
      </w:pPr>
      <w:r>
        <w:rPr>
          <w:b w:val="0"/>
        </w:rPr>
        <w:t>• Her soruyu yalnızca bağlı olduğu senaryonun ortak bilgileri ve o soruda verilen ek koşulla çözün. Bir sorunun ek koşulu, aynı senaryodaki diğer sorulara taşınmaz.</w:t>
      </w:r>
    </w:p>
    <w:p>
      <w:pPr>
        <w:keepNext w:val="0"/>
        <w:spacing w:after="100"/>
      </w:pPr>
      <w:r>
        <w:rPr>
          <w:b w:val="0"/>
        </w:rPr>
        <w:t>• “Önce” ve “sonra” ifadeleri bitişik olmayı gerektirmez. “Hemen sonra” ifadesi arada başka kişi, sergi, film veya dosya olmadığını belirtir.</w:t>
      </w:r>
    </w:p>
    <w:p>
      <w:pPr>
        <w:keepNext w:val="0"/>
        <w:spacing w:after="100"/>
      </w:pPr>
      <w:r>
        <w:rPr>
          <w:b w:val="0"/>
        </w:rPr>
        <w:t>• “Olabilir” en az bir geçerli düzeni, “kesinlikle doğrudur” bütün geçerli düzenleri, “mümkün değildir” hiçbir geçerli düzen bulunmamasını sorar.</w:t>
      </w:r>
    </w:p>
    <w:p>
      <w:pPr>
        <w:keepNext w:val="0"/>
        <w:spacing w:after="100"/>
      </w:pPr>
      <w:r>
        <w:rPr>
          <w:b w:val="0"/>
        </w:rPr>
        <w:t>• Cevap tablosunda her soru için tek harfi daire içine alın. Çalışma alanlarını sıralama çizmek için kullanabilirsiniz.</w:t>
      </w:r>
    </w:p>
    <w:p>
      <w:pPr>
        <w:keepNext w:val="0"/>
        <w:spacing w:after="180"/>
      </w:pPr>
      <w:r>
        <w:rPr>
          <w:b w:val="0"/>
          <w:sz w:val="19"/>
        </w:rPr>
        <w:t>Bu çalışma tam ALES denemesi değildir. ÖSYM tarafından hazırlanmış veya onaylanmış bir yayın değildir. Güçlük hedefleri öğrenci uygulamasıyla henüz ölçülmemiştir.</w:t>
      </w:r>
    </w:p>
    <w:p>
      <w:pPr>
        <w:keepNext w:val="0"/>
        <w:spacing w:after="100"/>
      </w:pPr>
      <w:r>
        <w:rPr>
          <w:b w:val="0"/>
          <w:sz w:val="20"/>
        </w:rPr>
        <w:t>Ad soyad  _______________________    Tarih  ______________</w:t>
      </w:r>
    </w:p>
    <w:p>
      <w:pPr>
        <w:keepNext w:val="0"/>
        <w:spacing w:after="100"/>
      </w:pPr>
      <w:r>
        <w:rPr>
          <w:b w:val="0"/>
          <w:sz w:val="20"/>
        </w:rPr>
        <w:t>Başlangıç  __________    Bitiş  __________    Toplam süre  __________</w:t>
      </w:r>
    </w:p>
    <w:p>
      <w:pPr>
        <w:pStyle w:val="Heading2"/>
      </w:pPr>
      <w:r>
        <w:t>Cevap tablosu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20"/>
        <w:gridCol w:w="4363"/>
        <w:gridCol w:w="720"/>
        <w:gridCol w:w="4363"/>
      </w:tblGrid>
      <w:tr>
        <w:trPr>
          <w:cantSplit/>
          <w:tblHeader/>
        </w:trPr>
        <w:tc>
          <w:tcPr>
            <w:tcW w:type="dxa" w:w="7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  <w:shd w:fill="E6E6E6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000000"/>
                <w:sz w:val="20"/>
              </w:rPr>
              <w:t>Soru</w:t>
            </w:r>
          </w:p>
        </w:tc>
        <w:tc>
          <w:tcPr>
            <w:tcW w:type="dxa" w:w="436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  <w:shd w:fill="E6E6E6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000000"/>
                <w:sz w:val="20"/>
              </w:rPr>
              <w:t>İşaretlenecek seçenek</w:t>
            </w:r>
          </w:p>
        </w:tc>
        <w:tc>
          <w:tcPr>
            <w:tcW w:type="dxa" w:w="7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  <w:shd w:fill="E6E6E6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000000"/>
                <w:sz w:val="20"/>
              </w:rPr>
              <w:t>Soru</w:t>
            </w:r>
          </w:p>
        </w:tc>
        <w:tc>
          <w:tcPr>
            <w:tcW w:type="dxa" w:w="436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  <w:shd w:fill="E6E6E6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000000"/>
                <w:sz w:val="20"/>
              </w:rPr>
              <w:t>İşaretlenecek seçenek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436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A     B     C     D     E</w:t>
            </w:r>
          </w:p>
        </w:tc>
        <w:tc>
          <w:tcPr>
            <w:tcW w:type="dxa" w:w="7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11</w:t>
            </w:r>
          </w:p>
        </w:tc>
        <w:tc>
          <w:tcPr>
            <w:tcW w:type="dxa" w:w="436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A     B     C     D     E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2</w:t>
            </w:r>
          </w:p>
        </w:tc>
        <w:tc>
          <w:tcPr>
            <w:tcW w:type="dxa" w:w="436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A     B     C     D     E</w:t>
            </w:r>
          </w:p>
        </w:tc>
        <w:tc>
          <w:tcPr>
            <w:tcW w:type="dxa" w:w="7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12</w:t>
            </w:r>
          </w:p>
        </w:tc>
        <w:tc>
          <w:tcPr>
            <w:tcW w:type="dxa" w:w="436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A     B     C     D     E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3</w:t>
            </w:r>
          </w:p>
        </w:tc>
        <w:tc>
          <w:tcPr>
            <w:tcW w:type="dxa" w:w="436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A     B     C     D     E</w:t>
            </w:r>
          </w:p>
        </w:tc>
        <w:tc>
          <w:tcPr>
            <w:tcW w:type="dxa" w:w="7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13</w:t>
            </w:r>
          </w:p>
        </w:tc>
        <w:tc>
          <w:tcPr>
            <w:tcW w:type="dxa" w:w="436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A     B     C     D     E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4</w:t>
            </w:r>
          </w:p>
        </w:tc>
        <w:tc>
          <w:tcPr>
            <w:tcW w:type="dxa" w:w="436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A     B     C     D     E</w:t>
            </w:r>
          </w:p>
        </w:tc>
        <w:tc>
          <w:tcPr>
            <w:tcW w:type="dxa" w:w="7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14</w:t>
            </w:r>
          </w:p>
        </w:tc>
        <w:tc>
          <w:tcPr>
            <w:tcW w:type="dxa" w:w="436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A     B     C     D     E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5</w:t>
            </w:r>
          </w:p>
        </w:tc>
        <w:tc>
          <w:tcPr>
            <w:tcW w:type="dxa" w:w="436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A     B     C     D     E</w:t>
            </w:r>
          </w:p>
        </w:tc>
        <w:tc>
          <w:tcPr>
            <w:tcW w:type="dxa" w:w="7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15</w:t>
            </w:r>
          </w:p>
        </w:tc>
        <w:tc>
          <w:tcPr>
            <w:tcW w:type="dxa" w:w="436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A     B     C     D     E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6</w:t>
            </w:r>
          </w:p>
        </w:tc>
        <w:tc>
          <w:tcPr>
            <w:tcW w:type="dxa" w:w="436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A     B     C     D     E</w:t>
            </w:r>
          </w:p>
        </w:tc>
        <w:tc>
          <w:tcPr>
            <w:tcW w:type="dxa" w:w="7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16</w:t>
            </w:r>
          </w:p>
        </w:tc>
        <w:tc>
          <w:tcPr>
            <w:tcW w:type="dxa" w:w="436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A     B     C     D     E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7</w:t>
            </w:r>
          </w:p>
        </w:tc>
        <w:tc>
          <w:tcPr>
            <w:tcW w:type="dxa" w:w="436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A     B     C     D     E</w:t>
            </w:r>
          </w:p>
        </w:tc>
        <w:tc>
          <w:tcPr>
            <w:tcW w:type="dxa" w:w="7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17</w:t>
            </w:r>
          </w:p>
        </w:tc>
        <w:tc>
          <w:tcPr>
            <w:tcW w:type="dxa" w:w="436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A     B     C     D     E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8</w:t>
            </w:r>
          </w:p>
        </w:tc>
        <w:tc>
          <w:tcPr>
            <w:tcW w:type="dxa" w:w="436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A     B     C     D     E</w:t>
            </w:r>
          </w:p>
        </w:tc>
        <w:tc>
          <w:tcPr>
            <w:tcW w:type="dxa" w:w="7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18</w:t>
            </w:r>
          </w:p>
        </w:tc>
        <w:tc>
          <w:tcPr>
            <w:tcW w:type="dxa" w:w="436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A     B     C     D     E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9</w:t>
            </w:r>
          </w:p>
        </w:tc>
        <w:tc>
          <w:tcPr>
            <w:tcW w:type="dxa" w:w="436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A     B     C     D     E</w:t>
            </w:r>
          </w:p>
        </w:tc>
        <w:tc>
          <w:tcPr>
            <w:tcW w:type="dxa" w:w="7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19</w:t>
            </w:r>
          </w:p>
        </w:tc>
        <w:tc>
          <w:tcPr>
            <w:tcW w:type="dxa" w:w="436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A     B     C     D     E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10</w:t>
            </w:r>
          </w:p>
        </w:tc>
        <w:tc>
          <w:tcPr>
            <w:tcW w:type="dxa" w:w="436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A     B     C     D     E</w:t>
            </w:r>
          </w:p>
        </w:tc>
        <w:tc>
          <w:tcPr>
            <w:tcW w:type="dxa" w:w="7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20</w:t>
            </w:r>
          </w:p>
        </w:tc>
        <w:tc>
          <w:tcPr>
            <w:tcW w:type="dxa" w:w="436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  <w:t>A     B     C     D     E</w:t>
            </w:r>
          </w:p>
        </w:tc>
      </w:tr>
    </w:tbl>
    <w:p>
      <w:pPr>
        <w:keepNext w:val="0"/>
        <w:spacing w:after="0"/>
      </w:pPr>
      <w:r>
        <w:rPr>
          <w:b w:val="0"/>
          <w:sz w:val="18"/>
        </w:rPr>
        <w:t>Cevap anahtarı ve gerekçeli çözümler ayrı dosyadadır.</w:t>
      </w:r>
    </w:p>
    <w:p>
      <w:r>
        <w:br w:type="page"/>
      </w:r>
    </w:p>
    <w:p>
      <w:pPr>
        <w:pStyle w:val="Heading1"/>
      </w:pPr>
      <w:r>
        <w:t>Atölye sunumları</w:t>
      </w:r>
    </w:p>
    <w:p>
      <w:pPr>
        <w:keepNext w:val="0"/>
        <w:spacing w:after="100"/>
      </w:pPr>
      <w:r>
        <w:rPr>
          <w:b/>
          <w:sz w:val="20"/>
        </w:rPr>
        <w:t>Ortak bilgiler</w:t>
      </w:r>
    </w:p>
    <w:p>
      <w:pPr>
        <w:keepNext w:val="0"/>
        <w:spacing w:after="100"/>
      </w:pPr>
      <w:r>
        <w:rPr>
          <w:b w:val="0"/>
        </w:rPr>
        <w:t>Arda (A), Banu (B), Cem (C), Duru (D), Ekin (E) ve Fırat (F), bir atölyede art arda sunum yapacaktır. Her kişi yalnızca bir sunum yapacak; 1. sıradan 6. sıraya kadar her sırada bir kişi bulunacaktır.</w:t>
      </w:r>
    </w:p>
    <w:p>
      <w:pPr>
        <w:keepNext/>
        <w:spacing w:after="60"/>
        <w:ind w:left="115"/>
      </w:pPr>
      <w:r>
        <w:rPr>
          <w:b w:val="0"/>
        </w:rPr>
        <w:t>• Arda, Duru’dan önce sunum yapacaktır.</w:t>
      </w:r>
    </w:p>
    <w:p>
      <w:pPr>
        <w:keepNext/>
        <w:spacing w:after="60"/>
        <w:ind w:left="115"/>
      </w:pPr>
      <w:r>
        <w:rPr>
          <w:b w:val="0"/>
        </w:rPr>
        <w:t>• Cem, Banu’dan hemen sonra sunum yapacaktır.</w:t>
      </w:r>
    </w:p>
    <w:p>
      <w:pPr>
        <w:keepNext/>
        <w:spacing w:after="60"/>
        <w:ind w:left="115"/>
      </w:pPr>
      <w:r>
        <w:rPr>
          <w:b w:val="0"/>
        </w:rPr>
        <w:t>• Ekin, Cem’den sonra sunum yapacaktır.</w:t>
      </w:r>
    </w:p>
    <w:p>
      <w:pPr>
        <w:keepNext/>
        <w:spacing w:after="60"/>
        <w:ind w:left="115"/>
      </w:pPr>
      <w:r>
        <w:rPr>
          <w:b w:val="0"/>
        </w:rPr>
        <w:t>• Fırat, ilk ya da son sırada sunum yapmayacaktır.</w:t>
      </w:r>
    </w:p>
    <w:p>
      <w:pPr>
        <w:keepNext/>
        <w:spacing w:after="60"/>
        <w:ind w:left="115"/>
      </w:pPr>
      <w:r>
        <w:rPr>
          <w:b w:val="0"/>
        </w:rPr>
        <w:t>• Duru, Ekin’den önce sunum yapacaktır.</w:t>
      </w:r>
    </w:p>
    <w:p>
      <w:pPr>
        <w:keepNext w:val="0"/>
        <w:spacing w:after="20"/>
      </w:pPr>
      <w:r>
        <w:rPr>
          <w:b w:val="0"/>
        </w:rPr>
      </w:r>
    </w:p>
    <w:p>
      <w:pPr>
        <w:keepNext/>
        <w:spacing w:after="100"/>
      </w:pPr>
      <w:r>
        <w:rPr>
          <w:b/>
        </w:rPr>
        <w:t>1. Aşağıdakilerden hangisi, ilk sunumdan son sunuma doğru geçerli bir sıralama olabilir?</w:t>
      </w:r>
    </w:p>
    <w:p>
      <w:pPr>
        <w:keepNext/>
        <w:spacing w:after="60"/>
        <w:ind w:left="245"/>
      </w:pPr>
      <w:r>
        <w:rPr>
          <w:b w:val="0"/>
        </w:rPr>
        <w:t>A) A - B - C - D - E - F</w:t>
      </w:r>
    </w:p>
    <w:p>
      <w:pPr>
        <w:keepNext/>
        <w:spacing w:after="60"/>
        <w:ind w:left="245"/>
      </w:pPr>
      <w:r>
        <w:rPr>
          <w:b w:val="0"/>
        </w:rPr>
        <w:t>B) B - C - A - F - E - D</w:t>
      </w:r>
    </w:p>
    <w:p>
      <w:pPr>
        <w:keepNext/>
        <w:spacing w:after="60"/>
        <w:ind w:left="245"/>
      </w:pPr>
      <w:r>
        <w:rPr>
          <w:b w:val="0"/>
        </w:rPr>
        <w:t>C) A - B - C - F - D - E</w:t>
      </w:r>
    </w:p>
    <w:p>
      <w:pPr>
        <w:keepNext/>
        <w:spacing w:after="60"/>
        <w:ind w:left="245"/>
      </w:pPr>
      <w:r>
        <w:rPr>
          <w:b w:val="0"/>
        </w:rPr>
        <w:t>D) A - F - B - D - C - E</w:t>
      </w:r>
    </w:p>
    <w:p>
      <w:pPr>
        <w:keepNext w:val="0"/>
        <w:spacing w:after="60"/>
        <w:ind w:left="245"/>
      </w:pPr>
      <w:r>
        <w:rPr>
          <w:b w:val="0"/>
        </w:rPr>
        <w:t>E) F - A - B - C - D - E</w:t>
      </w:r>
    </w:p>
    <w:p>
      <w:pPr>
        <w:keepNext w:val="0"/>
        <w:spacing w:after="40"/>
      </w:pPr>
      <w:r>
        <w:rPr>
          <w:b w:val="0"/>
        </w:rPr>
      </w:r>
    </w:p>
    <w:p>
      <w:pPr>
        <w:keepNext/>
        <w:spacing w:after="100"/>
      </w:pPr>
      <w:r>
        <w:rPr>
          <w:b/>
        </w:rPr>
        <w:t>2. Aşağıdakilerden hangisi kesinlikle doğrudur?</w:t>
      </w:r>
    </w:p>
    <w:p>
      <w:pPr>
        <w:keepNext/>
        <w:spacing w:after="60"/>
        <w:ind w:left="245"/>
      </w:pPr>
      <w:r>
        <w:rPr>
          <w:b w:val="0"/>
        </w:rPr>
        <w:t>A) Ekin, 6. sırada sunum yapar.</w:t>
      </w:r>
    </w:p>
    <w:p>
      <w:pPr>
        <w:keepNext/>
        <w:spacing w:after="60"/>
        <w:ind w:left="245"/>
      </w:pPr>
      <w:r>
        <w:rPr>
          <w:b w:val="0"/>
        </w:rPr>
        <w:t>B) Arda, 1. sırada sunum yapar.</w:t>
      </w:r>
    </w:p>
    <w:p>
      <w:pPr>
        <w:keepNext/>
        <w:spacing w:after="60"/>
        <w:ind w:left="245"/>
      </w:pPr>
      <w:r>
        <w:rPr>
          <w:b w:val="0"/>
        </w:rPr>
        <w:t>C) Banu, 1. sırada sunum yapar.</w:t>
      </w:r>
    </w:p>
    <w:p>
      <w:pPr>
        <w:keepNext/>
        <w:spacing w:after="60"/>
        <w:ind w:left="245"/>
      </w:pPr>
      <w:r>
        <w:rPr>
          <w:b w:val="0"/>
        </w:rPr>
        <w:t>D) Duru, 5. sırada sunum yapar.</w:t>
      </w:r>
    </w:p>
    <w:p>
      <w:pPr>
        <w:keepNext w:val="0"/>
        <w:spacing w:after="60"/>
        <w:ind w:left="245"/>
      </w:pPr>
      <w:r>
        <w:rPr>
          <w:b w:val="0"/>
        </w:rPr>
        <w:t>E) Fırat, 4. sırada sunum yapar.</w:t>
      </w:r>
    </w:p>
    <w:p>
      <w:pPr>
        <w:keepNext w:val="0"/>
        <w:spacing w:after="40"/>
      </w:pPr>
      <w:r>
        <w:rPr>
          <w:b w:val="0"/>
        </w:rPr>
      </w:r>
    </w:p>
    <w:p>
      <w:pPr>
        <w:pStyle w:val="Heading2"/>
      </w:pPr>
      <w:r>
        <w:t>Çalışma alanı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94"/>
        <w:gridCol w:w="1694"/>
        <w:gridCol w:w="1694"/>
        <w:gridCol w:w="1694"/>
        <w:gridCol w:w="1694"/>
        <w:gridCol w:w="1694"/>
      </w:tblGrid>
      <w:tr>
        <w:trPr>
          <w:cantSplit/>
          <w:tblHeader/>
        </w:trPr>
        <w:tc>
          <w:tcPr>
            <w:tcW w:type="dxa" w:w="16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  <w:shd w:fill="E6E6E6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000000"/>
                <w:sz w:val="20"/>
              </w:rPr>
              <w:t>1</w:t>
            </w:r>
          </w:p>
        </w:tc>
        <w:tc>
          <w:tcPr>
            <w:tcW w:type="dxa" w:w="16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  <w:shd w:fill="E6E6E6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000000"/>
                <w:sz w:val="20"/>
              </w:rPr>
              <w:t>2</w:t>
            </w:r>
          </w:p>
        </w:tc>
        <w:tc>
          <w:tcPr>
            <w:tcW w:type="dxa" w:w="16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  <w:shd w:fill="E6E6E6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000000"/>
                <w:sz w:val="20"/>
              </w:rPr>
              <w:t>3</w:t>
            </w:r>
          </w:p>
        </w:tc>
        <w:tc>
          <w:tcPr>
            <w:tcW w:type="dxa" w:w="16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  <w:shd w:fill="E6E6E6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000000"/>
                <w:sz w:val="20"/>
              </w:rPr>
              <w:t>4</w:t>
            </w:r>
          </w:p>
        </w:tc>
        <w:tc>
          <w:tcPr>
            <w:tcW w:type="dxa" w:w="16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  <w:shd w:fill="E6E6E6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000000"/>
                <w:sz w:val="20"/>
              </w:rPr>
              <w:t>5</w:t>
            </w:r>
          </w:p>
        </w:tc>
        <w:tc>
          <w:tcPr>
            <w:tcW w:type="dxa" w:w="16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  <w:shd w:fill="E6E6E6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000000"/>
                <w:sz w:val="20"/>
              </w:rPr>
              <w:t>6</w:t>
            </w:r>
          </w:p>
        </w:tc>
      </w:tr>
      <w:tr>
        <w:trPr>
          <w:cantSplit/>
        </w:trPr>
        <w:tc>
          <w:tcPr>
            <w:tcW w:type="dxa" w:w="16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6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6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6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6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6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Atölye sunumları</w:t>
      </w:r>
    </w:p>
    <w:p>
      <w:pPr>
        <w:keepNext w:val="0"/>
        <w:spacing w:after="100"/>
      </w:pPr>
      <w:r>
        <w:rPr>
          <w:b/>
          <w:sz w:val="20"/>
        </w:rPr>
        <w:t>Ortak bilgiler</w:t>
      </w:r>
    </w:p>
    <w:p>
      <w:pPr>
        <w:keepNext w:val="0"/>
        <w:spacing w:after="100"/>
      </w:pPr>
      <w:r>
        <w:rPr>
          <w:b w:val="0"/>
        </w:rPr>
        <w:t>Arda (A), Banu (B), Cem (C), Duru (D), Ekin (E) ve Fırat (F), bir atölyede art arda sunum yapacaktır. Her kişi yalnızca bir sunum yapacak; 1. sıradan 6. sıraya kadar her sırada bir kişi bulunacaktır.</w:t>
      </w:r>
    </w:p>
    <w:p>
      <w:pPr>
        <w:keepNext/>
        <w:spacing w:after="60"/>
        <w:ind w:left="115"/>
      </w:pPr>
      <w:r>
        <w:rPr>
          <w:b w:val="0"/>
        </w:rPr>
        <w:t>• Arda, Duru’dan önce sunum yapacaktır.</w:t>
      </w:r>
    </w:p>
    <w:p>
      <w:pPr>
        <w:keepNext/>
        <w:spacing w:after="60"/>
        <w:ind w:left="115"/>
      </w:pPr>
      <w:r>
        <w:rPr>
          <w:b w:val="0"/>
        </w:rPr>
        <w:t>• Cem, Banu’dan hemen sonra sunum yapacaktır.</w:t>
      </w:r>
    </w:p>
    <w:p>
      <w:pPr>
        <w:keepNext/>
        <w:spacing w:after="60"/>
        <w:ind w:left="115"/>
      </w:pPr>
      <w:r>
        <w:rPr>
          <w:b w:val="0"/>
        </w:rPr>
        <w:t>• Ekin, Cem’den sonra sunum yapacaktır.</w:t>
      </w:r>
    </w:p>
    <w:p>
      <w:pPr>
        <w:keepNext/>
        <w:spacing w:after="60"/>
        <w:ind w:left="115"/>
      </w:pPr>
      <w:r>
        <w:rPr>
          <w:b w:val="0"/>
        </w:rPr>
        <w:t>• Fırat, ilk ya da son sırada sunum yapmayacaktır.</w:t>
      </w:r>
    </w:p>
    <w:p>
      <w:pPr>
        <w:keepNext/>
        <w:spacing w:after="60"/>
        <w:ind w:left="115"/>
      </w:pPr>
      <w:r>
        <w:rPr>
          <w:b w:val="0"/>
        </w:rPr>
        <w:t>• Duru, Ekin’den önce sunum yapacaktır.</w:t>
      </w:r>
    </w:p>
    <w:p>
      <w:pPr>
        <w:keepNext w:val="0"/>
        <w:spacing w:after="20"/>
      </w:pPr>
      <w:r>
        <w:rPr>
          <w:b w:val="0"/>
        </w:rPr>
      </w:r>
    </w:p>
    <w:p>
      <w:pPr>
        <w:keepNext/>
        <w:spacing w:after="100"/>
      </w:pPr>
      <w:r>
        <w:rPr>
          <w:b/>
        </w:rPr>
        <w:t>3. Duru 3. sırada sunum yaptığına göre Banu kaçıncı sırada sunum yapar?</w:t>
      </w:r>
    </w:p>
    <w:p>
      <w:pPr>
        <w:keepNext/>
        <w:spacing w:after="60"/>
        <w:ind w:left="245"/>
      </w:pPr>
      <w:r>
        <w:rPr>
          <w:b w:val="0"/>
        </w:rPr>
        <w:t>A) 1</w:t>
      </w:r>
    </w:p>
    <w:p>
      <w:pPr>
        <w:keepNext/>
        <w:spacing w:after="60"/>
        <w:ind w:left="245"/>
      </w:pPr>
      <w:r>
        <w:rPr>
          <w:b w:val="0"/>
        </w:rPr>
        <w:t>B) 2</w:t>
      </w:r>
    </w:p>
    <w:p>
      <w:pPr>
        <w:keepNext/>
        <w:spacing w:after="60"/>
        <w:ind w:left="245"/>
      </w:pPr>
      <w:r>
        <w:rPr>
          <w:b w:val="0"/>
        </w:rPr>
        <w:t>C) 3</w:t>
      </w:r>
    </w:p>
    <w:p>
      <w:pPr>
        <w:keepNext/>
        <w:spacing w:after="60"/>
        <w:ind w:left="245"/>
      </w:pPr>
      <w:r>
        <w:rPr>
          <w:b w:val="0"/>
        </w:rPr>
        <w:t>D) 4</w:t>
      </w:r>
    </w:p>
    <w:p>
      <w:pPr>
        <w:keepNext w:val="0"/>
        <w:spacing w:after="60"/>
        <w:ind w:left="245"/>
      </w:pPr>
      <w:r>
        <w:rPr>
          <w:b w:val="0"/>
        </w:rPr>
        <w:t>E) 5</w:t>
      </w:r>
    </w:p>
    <w:p>
      <w:pPr>
        <w:keepNext w:val="0"/>
        <w:spacing w:after="40"/>
      </w:pPr>
      <w:r>
        <w:rPr>
          <w:b w:val="0"/>
        </w:rPr>
      </w:r>
    </w:p>
    <w:p>
      <w:pPr>
        <w:keepNext/>
        <w:spacing w:after="100"/>
      </w:pPr>
      <w:r>
        <w:rPr>
          <w:b/>
        </w:rPr>
        <w:t>4. Duru 2. sırada sunum yaptığına göre Fırat’ın bulunabileceği sıraların tamamı aşağıdakilerden hangisidir?</w:t>
      </w:r>
    </w:p>
    <w:p>
      <w:pPr>
        <w:keepNext/>
        <w:spacing w:after="60"/>
        <w:ind w:left="245"/>
      </w:pPr>
      <w:r>
        <w:rPr>
          <w:b w:val="0"/>
        </w:rPr>
        <w:t>A) 1 ve 3</w:t>
      </w:r>
    </w:p>
    <w:p>
      <w:pPr>
        <w:keepNext/>
        <w:spacing w:after="60"/>
        <w:ind w:left="245"/>
      </w:pPr>
      <w:r>
        <w:rPr>
          <w:b w:val="0"/>
        </w:rPr>
        <w:t>B) 2 ve 4</w:t>
      </w:r>
    </w:p>
    <w:p>
      <w:pPr>
        <w:keepNext/>
        <w:spacing w:after="60"/>
        <w:ind w:left="245"/>
      </w:pPr>
      <w:r>
        <w:rPr>
          <w:b w:val="0"/>
        </w:rPr>
        <w:t>C) 3 ve 4</w:t>
      </w:r>
    </w:p>
    <w:p>
      <w:pPr>
        <w:keepNext/>
        <w:spacing w:after="60"/>
        <w:ind w:left="245"/>
      </w:pPr>
      <w:r>
        <w:rPr>
          <w:b w:val="0"/>
        </w:rPr>
        <w:t>D) 4 ve 5</w:t>
      </w:r>
    </w:p>
    <w:p>
      <w:pPr>
        <w:keepNext w:val="0"/>
        <w:spacing w:after="60"/>
        <w:ind w:left="245"/>
      </w:pPr>
      <w:r>
        <w:rPr>
          <w:b w:val="0"/>
        </w:rPr>
        <w:t>E) 3 ve 5</w:t>
      </w:r>
    </w:p>
    <w:p>
      <w:pPr>
        <w:keepNext w:val="0"/>
        <w:spacing w:after="40"/>
      </w:pPr>
      <w:r>
        <w:rPr>
          <w:b w:val="0"/>
        </w:rPr>
      </w:r>
    </w:p>
    <w:p>
      <w:pPr>
        <w:keepNext/>
        <w:spacing w:after="100"/>
      </w:pPr>
      <w:r>
        <w:rPr>
          <w:b/>
        </w:rPr>
        <w:t>5. Aşağıdaki ek bilgilerden hangisi verildiğinde altı kişinin sunum sırası tek bir biçimde belirlenir?</w:t>
      </w:r>
    </w:p>
    <w:p>
      <w:pPr>
        <w:keepNext/>
        <w:spacing w:after="60"/>
        <w:ind w:left="245"/>
      </w:pPr>
      <w:r>
        <w:rPr>
          <w:b w:val="0"/>
        </w:rPr>
        <w:t>A) Arda, 3. sırada sunum yapar.</w:t>
      </w:r>
    </w:p>
    <w:p>
      <w:pPr>
        <w:keepNext/>
        <w:spacing w:after="60"/>
        <w:ind w:left="245"/>
      </w:pPr>
      <w:r>
        <w:rPr>
          <w:b w:val="0"/>
        </w:rPr>
        <w:t>B) Arda, 4. sırada sunum yapar.</w:t>
      </w:r>
    </w:p>
    <w:p>
      <w:pPr>
        <w:keepNext/>
        <w:spacing w:after="60"/>
        <w:ind w:left="245"/>
      </w:pPr>
      <w:r>
        <w:rPr>
          <w:b w:val="0"/>
        </w:rPr>
        <w:t>C) Fırat, 2. sırada sunum yapar.</w:t>
      </w:r>
    </w:p>
    <w:p>
      <w:pPr>
        <w:keepNext/>
        <w:spacing w:after="60"/>
        <w:ind w:left="245"/>
      </w:pPr>
      <w:r>
        <w:rPr>
          <w:b w:val="0"/>
        </w:rPr>
        <w:t>D) Banu, 2. sırada sunum yapar.</w:t>
      </w:r>
    </w:p>
    <w:p>
      <w:pPr>
        <w:keepNext w:val="0"/>
        <w:spacing w:after="60"/>
        <w:ind w:left="245"/>
      </w:pPr>
      <w:r>
        <w:rPr>
          <w:b w:val="0"/>
        </w:rPr>
        <w:t>E) Cem, 5. sırada sunum yapar.</w:t>
      </w:r>
    </w:p>
    <w:p>
      <w:pPr>
        <w:keepNext w:val="0"/>
        <w:spacing w:after="40"/>
      </w:pPr>
      <w:r>
        <w:rPr>
          <w:b w:val="0"/>
        </w:rPr>
      </w:r>
    </w:p>
    <w:p>
      <w:r>
        <w:br w:type="page"/>
      </w:r>
    </w:p>
    <w:p>
      <w:pPr>
        <w:pStyle w:val="Heading1"/>
      </w:pPr>
      <w:r>
        <w:t>Sergi açılışları</w:t>
      </w:r>
    </w:p>
    <w:p>
      <w:pPr>
        <w:keepNext w:val="0"/>
        <w:spacing w:after="100"/>
      </w:pPr>
      <w:r>
        <w:rPr>
          <w:b/>
          <w:sz w:val="20"/>
        </w:rPr>
        <w:t>Ortak bilgiler</w:t>
      </w:r>
    </w:p>
    <w:p>
      <w:pPr>
        <w:keepNext w:val="0"/>
        <w:spacing w:after="100"/>
      </w:pPr>
      <w:r>
        <w:rPr>
          <w:b w:val="0"/>
        </w:rPr>
        <w:t>Bir kültür merkezindeki K, L, M, N, P, R ve S adlı yedi sergi, art arda yedi açılış sırasına yerleştirilecektir. Her sergi yalnızca bir sırada, her sırada yalnızca bir sergi bulunacaktır. Sıralar 1’den 7’ye doğru ilerleyecektir.</w:t>
      </w:r>
    </w:p>
    <w:p>
      <w:pPr>
        <w:keepNext/>
        <w:spacing w:after="60"/>
        <w:ind w:left="115"/>
      </w:pPr>
      <w:r>
        <w:rPr>
          <w:b w:val="0"/>
        </w:rPr>
        <w:t>• K, M’den; M de P’den önce açılacaktır.</w:t>
      </w:r>
    </w:p>
    <w:p>
      <w:pPr>
        <w:keepNext/>
        <w:spacing w:after="60"/>
        <w:ind w:left="115"/>
      </w:pPr>
      <w:r>
        <w:rPr>
          <w:b w:val="0"/>
        </w:rPr>
        <w:t>• N ile S’nin açılışları arasında tam iki sergi açılacaktır.</w:t>
      </w:r>
    </w:p>
    <w:p>
      <w:pPr>
        <w:keepNext/>
        <w:spacing w:after="60"/>
        <w:ind w:left="115"/>
      </w:pPr>
      <w:r>
        <w:rPr>
          <w:b w:val="0"/>
        </w:rPr>
        <w:t>• R, L’den hemen sonra açılacaktır.</w:t>
      </w:r>
    </w:p>
    <w:p>
      <w:pPr>
        <w:keepNext/>
        <w:spacing w:after="60"/>
        <w:ind w:left="115"/>
      </w:pPr>
      <w:r>
        <w:rPr>
          <w:b w:val="0"/>
        </w:rPr>
        <w:t>• L, K’den önce açılırsa P de S’den önce açılacaktır.</w:t>
      </w:r>
    </w:p>
    <w:p>
      <w:pPr>
        <w:keepNext w:val="0"/>
        <w:spacing w:after="20"/>
      </w:pPr>
      <w:r>
        <w:rPr>
          <w:b w:val="0"/>
        </w:rPr>
      </w:r>
    </w:p>
    <w:p>
      <w:pPr>
        <w:keepNext/>
        <w:spacing w:after="100"/>
      </w:pPr>
      <w:r>
        <w:rPr>
          <w:b/>
        </w:rPr>
        <w:t>6. M sergisi aşağıdaki açılış sıralarından hangisinde yer alamaz?</w:t>
      </w:r>
    </w:p>
    <w:p>
      <w:pPr>
        <w:keepNext/>
        <w:spacing w:after="60"/>
        <w:ind w:left="245"/>
      </w:pPr>
      <w:r>
        <w:rPr>
          <w:b w:val="0"/>
        </w:rPr>
        <w:t>A) 2</w:t>
      </w:r>
    </w:p>
    <w:p>
      <w:pPr>
        <w:keepNext/>
        <w:spacing w:after="60"/>
        <w:ind w:left="245"/>
      </w:pPr>
      <w:r>
        <w:rPr>
          <w:b w:val="0"/>
        </w:rPr>
        <w:t>B) 3</w:t>
      </w:r>
    </w:p>
    <w:p>
      <w:pPr>
        <w:keepNext/>
        <w:spacing w:after="60"/>
        <w:ind w:left="245"/>
      </w:pPr>
      <w:r>
        <w:rPr>
          <w:b w:val="0"/>
        </w:rPr>
        <w:t>C) 4</w:t>
      </w:r>
    </w:p>
    <w:p>
      <w:pPr>
        <w:keepNext/>
        <w:spacing w:after="60"/>
        <w:ind w:left="245"/>
      </w:pPr>
      <w:r>
        <w:rPr>
          <w:b w:val="0"/>
        </w:rPr>
        <w:t>D) 5</w:t>
      </w:r>
    </w:p>
    <w:p>
      <w:pPr>
        <w:keepNext w:val="0"/>
        <w:spacing w:after="60"/>
        <w:ind w:left="245"/>
      </w:pPr>
      <w:r>
        <w:rPr>
          <w:b w:val="0"/>
        </w:rPr>
        <w:t>E) 6</w:t>
      </w:r>
    </w:p>
    <w:p>
      <w:pPr>
        <w:keepNext w:val="0"/>
        <w:spacing w:after="40"/>
      </w:pPr>
      <w:r>
        <w:rPr>
          <w:b w:val="0"/>
        </w:rPr>
      </w:r>
    </w:p>
    <w:p>
      <w:pPr>
        <w:keepNext/>
        <w:spacing w:after="100"/>
      </w:pPr>
      <w:r>
        <w:rPr>
          <w:b/>
        </w:rPr>
        <w:t>7. L sergisi K sergisinden önce açıldığına göre aşağıdakilerden hangisi kesinlikle doğrudur?</w:t>
      </w:r>
    </w:p>
    <w:p>
      <w:pPr>
        <w:keepNext/>
        <w:spacing w:after="60"/>
        <w:ind w:left="245"/>
      </w:pPr>
      <w:r>
        <w:rPr>
          <w:b w:val="0"/>
        </w:rPr>
        <w:t>A) M, 4. sırada açılır.</w:t>
      </w:r>
    </w:p>
    <w:p>
      <w:pPr>
        <w:keepNext/>
        <w:spacing w:after="60"/>
        <w:ind w:left="245"/>
      </w:pPr>
      <w:r>
        <w:rPr>
          <w:b w:val="0"/>
        </w:rPr>
        <w:t>B) N, 4. sırada açılır.</w:t>
      </w:r>
    </w:p>
    <w:p>
      <w:pPr>
        <w:keepNext/>
        <w:spacing w:after="60"/>
        <w:ind w:left="245"/>
      </w:pPr>
      <w:r>
        <w:rPr>
          <w:b w:val="0"/>
        </w:rPr>
        <w:t>C) P, 5. sırada açılır.</w:t>
      </w:r>
    </w:p>
    <w:p>
      <w:pPr>
        <w:keepNext/>
        <w:spacing w:after="60"/>
        <w:ind w:left="245"/>
      </w:pPr>
      <w:r>
        <w:rPr>
          <w:b w:val="0"/>
        </w:rPr>
        <w:t>D) R, 3. sırada açılır.</w:t>
      </w:r>
    </w:p>
    <w:p>
      <w:pPr>
        <w:keepNext w:val="0"/>
        <w:spacing w:after="60"/>
        <w:ind w:left="245"/>
      </w:pPr>
      <w:r>
        <w:rPr>
          <w:b w:val="0"/>
        </w:rPr>
        <w:t>E) S, 6. sırada açılır.</w:t>
      </w:r>
    </w:p>
    <w:p>
      <w:pPr>
        <w:keepNext w:val="0"/>
        <w:spacing w:after="40"/>
      </w:pPr>
      <w:r>
        <w:rPr>
          <w:b w:val="0"/>
        </w:rPr>
      </w:r>
    </w:p>
    <w:p>
      <w:pPr>
        <w:pStyle w:val="Heading2"/>
      </w:pPr>
      <w:r>
        <w:t>Çalışma alanı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52"/>
        <w:gridCol w:w="1452"/>
        <w:gridCol w:w="1452"/>
        <w:gridCol w:w="1452"/>
        <w:gridCol w:w="1452"/>
        <w:gridCol w:w="1452"/>
        <w:gridCol w:w="1452"/>
      </w:tblGrid>
      <w:tr>
        <w:trPr>
          <w:cantSplit/>
          <w:tblHeader/>
        </w:trPr>
        <w:tc>
          <w:tcPr>
            <w:tcW w:type="dxa" w:w="14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  <w:shd w:fill="E6E6E6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000000"/>
                <w:sz w:val="20"/>
              </w:rPr>
              <w:t>1</w:t>
            </w:r>
          </w:p>
        </w:tc>
        <w:tc>
          <w:tcPr>
            <w:tcW w:type="dxa" w:w="14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  <w:shd w:fill="E6E6E6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000000"/>
                <w:sz w:val="20"/>
              </w:rPr>
              <w:t>2</w:t>
            </w:r>
          </w:p>
        </w:tc>
        <w:tc>
          <w:tcPr>
            <w:tcW w:type="dxa" w:w="14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  <w:shd w:fill="E6E6E6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000000"/>
                <w:sz w:val="20"/>
              </w:rPr>
              <w:t>3</w:t>
            </w:r>
          </w:p>
        </w:tc>
        <w:tc>
          <w:tcPr>
            <w:tcW w:type="dxa" w:w="14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  <w:shd w:fill="E6E6E6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000000"/>
                <w:sz w:val="20"/>
              </w:rPr>
              <w:t>4</w:t>
            </w:r>
          </w:p>
        </w:tc>
        <w:tc>
          <w:tcPr>
            <w:tcW w:type="dxa" w:w="14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  <w:shd w:fill="E6E6E6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000000"/>
                <w:sz w:val="20"/>
              </w:rPr>
              <w:t>5</w:t>
            </w:r>
          </w:p>
        </w:tc>
        <w:tc>
          <w:tcPr>
            <w:tcW w:type="dxa" w:w="14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  <w:shd w:fill="E6E6E6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000000"/>
                <w:sz w:val="20"/>
              </w:rPr>
              <w:t>6</w:t>
            </w:r>
          </w:p>
        </w:tc>
        <w:tc>
          <w:tcPr>
            <w:tcW w:type="dxa" w:w="14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  <w:shd w:fill="E6E6E6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000000"/>
                <w:sz w:val="20"/>
              </w:rPr>
              <w:t>7</w:t>
            </w:r>
          </w:p>
        </w:tc>
      </w:tr>
      <w:tr>
        <w:trPr>
          <w:cantSplit/>
        </w:trPr>
        <w:tc>
          <w:tcPr>
            <w:tcW w:type="dxa" w:w="14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4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4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4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4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4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4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Sergi açılışları</w:t>
      </w:r>
    </w:p>
    <w:p>
      <w:pPr>
        <w:keepNext w:val="0"/>
        <w:spacing w:after="100"/>
      </w:pPr>
      <w:r>
        <w:rPr>
          <w:b/>
          <w:sz w:val="20"/>
        </w:rPr>
        <w:t>Ortak bilgiler</w:t>
      </w:r>
    </w:p>
    <w:p>
      <w:pPr>
        <w:keepNext w:val="0"/>
        <w:spacing w:after="100"/>
      </w:pPr>
      <w:r>
        <w:rPr>
          <w:b w:val="0"/>
        </w:rPr>
        <w:t>Bir kültür merkezindeki K, L, M, N, P, R ve S adlı yedi sergi, art arda yedi açılış sırasına yerleştirilecektir. Her sergi yalnızca bir sırada, her sırada yalnızca bir sergi bulunacaktır. Sıralar 1’den 7’ye doğru ilerleyecektir.</w:t>
      </w:r>
    </w:p>
    <w:p>
      <w:pPr>
        <w:keepNext/>
        <w:spacing w:after="60"/>
        <w:ind w:left="115"/>
      </w:pPr>
      <w:r>
        <w:rPr>
          <w:b w:val="0"/>
        </w:rPr>
        <w:t>• K, M’den; M de P’den önce açılacaktır.</w:t>
      </w:r>
    </w:p>
    <w:p>
      <w:pPr>
        <w:keepNext/>
        <w:spacing w:after="60"/>
        <w:ind w:left="115"/>
      </w:pPr>
      <w:r>
        <w:rPr>
          <w:b w:val="0"/>
        </w:rPr>
        <w:t>• N ile S’nin açılışları arasında tam iki sergi açılacaktır.</w:t>
      </w:r>
    </w:p>
    <w:p>
      <w:pPr>
        <w:keepNext/>
        <w:spacing w:after="60"/>
        <w:ind w:left="115"/>
      </w:pPr>
      <w:r>
        <w:rPr>
          <w:b w:val="0"/>
        </w:rPr>
        <w:t>• R, L’den hemen sonra açılacaktır.</w:t>
      </w:r>
    </w:p>
    <w:p>
      <w:pPr>
        <w:keepNext/>
        <w:spacing w:after="60"/>
        <w:ind w:left="115"/>
      </w:pPr>
      <w:r>
        <w:rPr>
          <w:b w:val="0"/>
        </w:rPr>
        <w:t>• L, K’den önce açılırsa P de S’den önce açılacaktır.</w:t>
      </w:r>
    </w:p>
    <w:p>
      <w:pPr>
        <w:keepNext w:val="0"/>
        <w:spacing w:after="20"/>
      </w:pPr>
      <w:r>
        <w:rPr>
          <w:b w:val="0"/>
        </w:rPr>
      </w:r>
    </w:p>
    <w:p>
      <w:pPr>
        <w:keepNext/>
        <w:spacing w:after="100"/>
      </w:pPr>
      <w:r>
        <w:rPr>
          <w:b/>
        </w:rPr>
        <w:t>8. S sergisi 1. sırada açıldığına göre aşağıdakilerden hangisi kesinlikle doğrudur?</w:t>
      </w:r>
    </w:p>
    <w:p>
      <w:pPr>
        <w:keepNext/>
        <w:spacing w:after="60"/>
        <w:ind w:left="245"/>
      </w:pPr>
      <w:r>
        <w:rPr>
          <w:b w:val="0"/>
        </w:rPr>
        <w:t>A) K, 2. sırada açılır.</w:t>
      </w:r>
    </w:p>
    <w:p>
      <w:pPr>
        <w:keepNext/>
        <w:spacing w:after="60"/>
        <w:ind w:left="245"/>
      </w:pPr>
      <w:r>
        <w:rPr>
          <w:b w:val="0"/>
        </w:rPr>
        <w:t>B) M, 5. sırada açılır.</w:t>
      </w:r>
    </w:p>
    <w:p>
      <w:pPr>
        <w:keepNext/>
        <w:spacing w:after="60"/>
        <w:ind w:left="245"/>
      </w:pPr>
      <w:r>
        <w:rPr>
          <w:b w:val="0"/>
        </w:rPr>
        <w:t>C) P, 5. sırada açılır.</w:t>
      </w:r>
    </w:p>
    <w:p>
      <w:pPr>
        <w:keepNext/>
        <w:spacing w:after="60"/>
        <w:ind w:left="245"/>
      </w:pPr>
      <w:r>
        <w:rPr>
          <w:b w:val="0"/>
        </w:rPr>
        <w:t>D) R, 6. sırada açılır.</w:t>
      </w:r>
    </w:p>
    <w:p>
      <w:pPr>
        <w:keepNext w:val="0"/>
        <w:spacing w:after="60"/>
        <w:ind w:left="245"/>
      </w:pPr>
      <w:r>
        <w:rPr>
          <w:b w:val="0"/>
        </w:rPr>
        <w:t>E) L, 6. sırada açılır.</w:t>
      </w:r>
    </w:p>
    <w:p>
      <w:pPr>
        <w:keepNext w:val="0"/>
        <w:spacing w:after="40"/>
      </w:pPr>
      <w:r>
        <w:rPr>
          <w:b w:val="0"/>
        </w:rPr>
      </w:r>
    </w:p>
    <w:p>
      <w:pPr>
        <w:keepNext/>
        <w:spacing w:after="100"/>
      </w:pPr>
      <w:r>
        <w:rPr>
          <w:b/>
        </w:rPr>
        <w:t>9. N sergisi 4. sırada açıldığına göre aşağıdakilerden hangisi mümkün olabilir?</w:t>
      </w:r>
    </w:p>
    <w:p>
      <w:pPr>
        <w:keepNext/>
        <w:spacing w:after="60"/>
        <w:ind w:left="245"/>
      </w:pPr>
      <w:r>
        <w:rPr>
          <w:b w:val="0"/>
        </w:rPr>
        <w:t>A) S, 4. sırada açılır.</w:t>
      </w:r>
    </w:p>
    <w:p>
      <w:pPr>
        <w:keepNext/>
        <w:spacing w:after="60"/>
        <w:ind w:left="245"/>
      </w:pPr>
      <w:r>
        <w:rPr>
          <w:b w:val="0"/>
        </w:rPr>
        <w:t>B) M, 6. sırada açılır.</w:t>
      </w:r>
    </w:p>
    <w:p>
      <w:pPr>
        <w:keepNext/>
        <w:spacing w:after="60"/>
        <w:ind w:left="245"/>
      </w:pPr>
      <w:r>
        <w:rPr>
          <w:b w:val="0"/>
        </w:rPr>
        <w:t>C) L, 3. sırada açılır.</w:t>
      </w:r>
    </w:p>
    <w:p>
      <w:pPr>
        <w:keepNext/>
        <w:spacing w:after="60"/>
        <w:ind w:left="245"/>
      </w:pPr>
      <w:r>
        <w:rPr>
          <w:b w:val="0"/>
        </w:rPr>
        <w:t>D) R, 5. sırada açılır.</w:t>
      </w:r>
    </w:p>
    <w:p>
      <w:pPr>
        <w:keepNext w:val="0"/>
        <w:spacing w:after="60"/>
        <w:ind w:left="245"/>
      </w:pPr>
      <w:r>
        <w:rPr>
          <w:b w:val="0"/>
        </w:rPr>
        <w:t>E) K, 3. sırada açılır.</w:t>
      </w:r>
    </w:p>
    <w:p>
      <w:pPr>
        <w:keepNext w:val="0"/>
        <w:spacing w:after="40"/>
      </w:pPr>
      <w:r>
        <w:rPr>
          <w:b w:val="0"/>
        </w:rPr>
      </w:r>
    </w:p>
    <w:p>
      <w:pPr>
        <w:keepNext/>
        <w:spacing w:after="100"/>
      </w:pPr>
      <w:r>
        <w:rPr>
          <w:b/>
        </w:rPr>
        <w:t>10. Aşağıdaki ek bilgilerden hangisi verildiğinde yedi serginin açılış sırası tek bir biçimde belirlenir?</w:t>
      </w:r>
    </w:p>
    <w:p>
      <w:pPr>
        <w:keepNext/>
        <w:spacing w:after="60"/>
        <w:ind w:left="245"/>
      </w:pPr>
      <w:r>
        <w:rPr>
          <w:b w:val="0"/>
        </w:rPr>
        <w:t>A) S, 1. sırada açılır.</w:t>
      </w:r>
    </w:p>
    <w:p>
      <w:pPr>
        <w:keepNext/>
        <w:spacing w:after="60"/>
        <w:ind w:left="245"/>
      </w:pPr>
      <w:r>
        <w:rPr>
          <w:b w:val="0"/>
        </w:rPr>
        <w:t>B) P, 3. sırada açılır.</w:t>
      </w:r>
    </w:p>
    <w:p>
      <w:pPr>
        <w:keepNext/>
        <w:spacing w:after="60"/>
        <w:ind w:left="245"/>
      </w:pPr>
      <w:r>
        <w:rPr>
          <w:b w:val="0"/>
        </w:rPr>
        <w:t>C) M, 6. sırada açılır.</w:t>
      </w:r>
    </w:p>
    <w:p>
      <w:pPr>
        <w:keepNext/>
        <w:spacing w:after="60"/>
        <w:ind w:left="245"/>
      </w:pPr>
      <w:r>
        <w:rPr>
          <w:b w:val="0"/>
        </w:rPr>
        <w:t>D) N, 3. sırada açılır.</w:t>
      </w:r>
    </w:p>
    <w:p>
      <w:pPr>
        <w:keepNext w:val="0"/>
        <w:spacing w:after="60"/>
        <w:ind w:left="245"/>
      </w:pPr>
      <w:r>
        <w:rPr>
          <w:b w:val="0"/>
        </w:rPr>
        <w:t>E) K, 2. sırada açılır.</w:t>
      </w:r>
    </w:p>
    <w:p>
      <w:pPr>
        <w:keepNext w:val="0"/>
        <w:spacing w:after="40"/>
      </w:pPr>
      <w:r>
        <w:rPr>
          <w:b w:val="0"/>
        </w:rPr>
      </w:r>
    </w:p>
    <w:p>
      <w:r>
        <w:br w:type="page"/>
      </w:r>
    </w:p>
    <w:p>
      <w:pPr>
        <w:pStyle w:val="Heading1"/>
      </w:pPr>
      <w:r>
        <w:t>Kısa film programı</w:t>
      </w:r>
    </w:p>
    <w:p>
      <w:pPr>
        <w:keepNext w:val="0"/>
        <w:spacing w:after="100"/>
      </w:pPr>
      <w:r>
        <w:rPr>
          <w:b/>
          <w:sz w:val="20"/>
        </w:rPr>
        <w:t>Ortak bilgiler</w:t>
      </w:r>
    </w:p>
    <w:p>
      <w:pPr>
        <w:keepNext w:val="0"/>
        <w:spacing w:after="100"/>
      </w:pPr>
      <w:r>
        <w:rPr>
          <w:b w:val="0"/>
        </w:rPr>
        <w:t>K, L, M, N, P ve R adlı altı kısa film, bir salonda art arda gösterilecektir. Her film yalnızca bir kez gösterilecek; 1’den 6’ya kadar her gösterim sırasında bir film bulunacaktır.</w:t>
      </w:r>
    </w:p>
    <w:p>
      <w:pPr>
        <w:keepNext/>
        <w:spacing w:after="60"/>
        <w:ind w:left="115"/>
      </w:pPr>
      <w:r>
        <w:rPr>
          <w:b w:val="0"/>
        </w:rPr>
        <w:t>• M, K’den tam iki sıra sonra gösterilecektir; aralarında bir film bulunacaktır.</w:t>
      </w:r>
    </w:p>
    <w:p>
      <w:pPr>
        <w:keepNext/>
        <w:spacing w:after="60"/>
        <w:ind w:left="115"/>
      </w:pPr>
      <w:r>
        <w:rPr>
          <w:b w:val="0"/>
        </w:rPr>
        <w:t>• L, ilk ya da son sırada gösterilecektir.</w:t>
      </w:r>
    </w:p>
    <w:p>
      <w:pPr>
        <w:keepNext/>
        <w:spacing w:after="60"/>
        <w:ind w:left="115"/>
      </w:pPr>
      <w:r>
        <w:rPr>
          <w:b w:val="0"/>
        </w:rPr>
        <w:t>• N, P’den önce gösterilirse R, 2. sırada gösterilecektir.</w:t>
      </w:r>
    </w:p>
    <w:p>
      <w:pPr>
        <w:keepNext/>
        <w:spacing w:after="60"/>
        <w:ind w:left="115"/>
      </w:pPr>
      <w:r>
        <w:rPr>
          <w:b w:val="0"/>
        </w:rPr>
        <w:t>• P, N’den önce gösterilirse R, 5. sırada gösterilecektir.</w:t>
      </w:r>
    </w:p>
    <w:p>
      <w:pPr>
        <w:keepNext w:val="0"/>
        <w:spacing w:after="20"/>
      </w:pPr>
      <w:r>
        <w:rPr>
          <w:b w:val="0"/>
        </w:rPr>
      </w:r>
    </w:p>
    <w:p>
      <w:pPr>
        <w:keepNext/>
        <w:spacing w:after="100"/>
      </w:pPr>
      <w:r>
        <w:rPr>
          <w:b/>
        </w:rPr>
        <w:t>11. Aşağıdakilerden hangisi, ilk gösterimden son gösterime doğru geçerli bir sıralama olabilir?</w:t>
      </w:r>
    </w:p>
    <w:p>
      <w:pPr>
        <w:keepNext/>
        <w:spacing w:after="60"/>
        <w:ind w:left="245"/>
      </w:pPr>
      <w:r>
        <w:rPr>
          <w:b w:val="0"/>
        </w:rPr>
        <w:t>A) L - K - M - P - N - R</w:t>
      </w:r>
    </w:p>
    <w:p>
      <w:pPr>
        <w:keepNext/>
        <w:spacing w:after="60"/>
        <w:ind w:left="245"/>
      </w:pPr>
      <w:r>
        <w:rPr>
          <w:b w:val="0"/>
        </w:rPr>
        <w:t>B) L - K - P - M - R - N</w:t>
      </w:r>
    </w:p>
    <w:p>
      <w:pPr>
        <w:keepNext/>
        <w:spacing w:after="60"/>
        <w:ind w:left="245"/>
      </w:pPr>
      <w:r>
        <w:rPr>
          <w:b w:val="0"/>
        </w:rPr>
        <w:t>C) K - R - M - N - L - P</w:t>
      </w:r>
    </w:p>
    <w:p>
      <w:pPr>
        <w:keepNext/>
        <w:spacing w:after="60"/>
        <w:ind w:left="245"/>
      </w:pPr>
      <w:r>
        <w:rPr>
          <w:b w:val="0"/>
        </w:rPr>
        <w:t>D) L - N - R - K - P - M</w:t>
      </w:r>
    </w:p>
    <w:p>
      <w:pPr>
        <w:keepNext w:val="0"/>
        <w:spacing w:after="60"/>
        <w:ind w:left="245"/>
      </w:pPr>
      <w:r>
        <w:rPr>
          <w:b w:val="0"/>
        </w:rPr>
        <w:t>E) P - N - K - M - R - L</w:t>
      </w:r>
    </w:p>
    <w:p>
      <w:pPr>
        <w:keepNext w:val="0"/>
        <w:spacing w:after="40"/>
      </w:pPr>
      <w:r>
        <w:rPr>
          <w:b w:val="0"/>
        </w:rPr>
      </w:r>
    </w:p>
    <w:p>
      <w:pPr>
        <w:keepNext/>
        <w:spacing w:after="100"/>
      </w:pPr>
      <w:r>
        <w:rPr>
          <w:b/>
        </w:rPr>
        <w:t>12. M filmi 6. sırada gösterildiğine göre aşağıdakilerden hangisi kesinlikle doğrudur?</w:t>
      </w:r>
    </w:p>
    <w:p>
      <w:pPr>
        <w:keepNext/>
        <w:spacing w:after="60"/>
        <w:ind w:left="245"/>
      </w:pPr>
      <w:r>
        <w:rPr>
          <w:b w:val="0"/>
        </w:rPr>
        <w:t>A) P, 2. sırada gösterilir.</w:t>
      </w:r>
    </w:p>
    <w:p>
      <w:pPr>
        <w:keepNext/>
        <w:spacing w:after="60"/>
        <w:ind w:left="245"/>
      </w:pPr>
      <w:r>
        <w:rPr>
          <w:b w:val="0"/>
        </w:rPr>
        <w:t>B) R, 2. sırada gösterilir.</w:t>
      </w:r>
    </w:p>
    <w:p>
      <w:pPr>
        <w:keepNext/>
        <w:spacing w:after="60"/>
        <w:ind w:left="245"/>
      </w:pPr>
      <w:r>
        <w:rPr>
          <w:b w:val="0"/>
        </w:rPr>
        <w:t>C) P, 5. sırada gösterilir.</w:t>
      </w:r>
    </w:p>
    <w:p>
      <w:pPr>
        <w:keepNext/>
        <w:spacing w:after="60"/>
        <w:ind w:left="245"/>
      </w:pPr>
      <w:r>
        <w:rPr>
          <w:b w:val="0"/>
        </w:rPr>
        <w:t>D) R, 5. sırada gösterilir.</w:t>
      </w:r>
    </w:p>
    <w:p>
      <w:pPr>
        <w:keepNext w:val="0"/>
        <w:spacing w:after="60"/>
        <w:ind w:left="245"/>
      </w:pPr>
      <w:r>
        <w:rPr>
          <w:b w:val="0"/>
        </w:rPr>
        <w:t>E) N, 3. sırada gösterilir.</w:t>
      </w:r>
    </w:p>
    <w:p>
      <w:pPr>
        <w:keepNext w:val="0"/>
        <w:spacing w:after="40"/>
      </w:pPr>
      <w:r>
        <w:rPr>
          <w:b w:val="0"/>
        </w:rPr>
      </w:r>
    </w:p>
    <w:p>
      <w:pPr>
        <w:pStyle w:val="Heading2"/>
      </w:pPr>
      <w:r>
        <w:t>Çalışma alanı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94"/>
        <w:gridCol w:w="1694"/>
        <w:gridCol w:w="1694"/>
        <w:gridCol w:w="1694"/>
        <w:gridCol w:w="1694"/>
        <w:gridCol w:w="1694"/>
      </w:tblGrid>
      <w:tr>
        <w:trPr>
          <w:cantSplit/>
          <w:tblHeader/>
        </w:trPr>
        <w:tc>
          <w:tcPr>
            <w:tcW w:type="dxa" w:w="16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  <w:shd w:fill="E6E6E6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000000"/>
                <w:sz w:val="20"/>
              </w:rPr>
              <w:t>1</w:t>
            </w:r>
          </w:p>
        </w:tc>
        <w:tc>
          <w:tcPr>
            <w:tcW w:type="dxa" w:w="16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  <w:shd w:fill="E6E6E6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000000"/>
                <w:sz w:val="20"/>
              </w:rPr>
              <w:t>2</w:t>
            </w:r>
          </w:p>
        </w:tc>
        <w:tc>
          <w:tcPr>
            <w:tcW w:type="dxa" w:w="16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  <w:shd w:fill="E6E6E6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000000"/>
                <w:sz w:val="20"/>
              </w:rPr>
              <w:t>3</w:t>
            </w:r>
          </w:p>
        </w:tc>
        <w:tc>
          <w:tcPr>
            <w:tcW w:type="dxa" w:w="16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  <w:shd w:fill="E6E6E6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000000"/>
                <w:sz w:val="20"/>
              </w:rPr>
              <w:t>4</w:t>
            </w:r>
          </w:p>
        </w:tc>
        <w:tc>
          <w:tcPr>
            <w:tcW w:type="dxa" w:w="16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  <w:shd w:fill="E6E6E6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000000"/>
                <w:sz w:val="20"/>
              </w:rPr>
              <w:t>5</w:t>
            </w:r>
          </w:p>
        </w:tc>
        <w:tc>
          <w:tcPr>
            <w:tcW w:type="dxa" w:w="16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  <w:shd w:fill="E6E6E6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000000"/>
                <w:sz w:val="20"/>
              </w:rPr>
              <w:t>6</w:t>
            </w:r>
          </w:p>
        </w:tc>
      </w:tr>
      <w:tr>
        <w:trPr>
          <w:cantSplit/>
        </w:trPr>
        <w:tc>
          <w:tcPr>
            <w:tcW w:type="dxa" w:w="16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6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6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6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6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6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Kısa film programı</w:t>
      </w:r>
    </w:p>
    <w:p>
      <w:pPr>
        <w:keepNext w:val="0"/>
        <w:spacing w:after="100"/>
      </w:pPr>
      <w:r>
        <w:rPr>
          <w:b/>
          <w:sz w:val="20"/>
        </w:rPr>
        <w:t>Ortak bilgiler</w:t>
      </w:r>
    </w:p>
    <w:p>
      <w:pPr>
        <w:keepNext w:val="0"/>
        <w:spacing w:after="100"/>
      </w:pPr>
      <w:r>
        <w:rPr>
          <w:b w:val="0"/>
        </w:rPr>
        <w:t>K, L, M, N, P ve R adlı altı kısa film, bir salonda art arda gösterilecektir. Her film yalnızca bir kez gösterilecek; 1’den 6’ya kadar her gösterim sırasında bir film bulunacaktır.</w:t>
      </w:r>
    </w:p>
    <w:p>
      <w:pPr>
        <w:keepNext/>
        <w:spacing w:after="60"/>
        <w:ind w:left="115"/>
      </w:pPr>
      <w:r>
        <w:rPr>
          <w:b w:val="0"/>
        </w:rPr>
        <w:t>• M, K’den tam iki sıra sonra gösterilecektir; aralarında bir film bulunacaktır.</w:t>
      </w:r>
    </w:p>
    <w:p>
      <w:pPr>
        <w:keepNext/>
        <w:spacing w:after="60"/>
        <w:ind w:left="115"/>
      </w:pPr>
      <w:r>
        <w:rPr>
          <w:b w:val="0"/>
        </w:rPr>
        <w:t>• L, ilk ya da son sırada gösterilecektir.</w:t>
      </w:r>
    </w:p>
    <w:p>
      <w:pPr>
        <w:keepNext/>
        <w:spacing w:after="60"/>
        <w:ind w:left="115"/>
      </w:pPr>
      <w:r>
        <w:rPr>
          <w:b w:val="0"/>
        </w:rPr>
        <w:t>• N, P’den önce gösterilirse R, 2. sırada gösterilecektir.</w:t>
      </w:r>
    </w:p>
    <w:p>
      <w:pPr>
        <w:keepNext/>
        <w:spacing w:after="60"/>
        <w:ind w:left="115"/>
      </w:pPr>
      <w:r>
        <w:rPr>
          <w:b w:val="0"/>
        </w:rPr>
        <w:t>• P, N’den önce gösterilirse R, 5. sırada gösterilecektir.</w:t>
      </w:r>
    </w:p>
    <w:p>
      <w:pPr>
        <w:keepNext w:val="0"/>
        <w:spacing w:after="20"/>
      </w:pPr>
      <w:r>
        <w:rPr>
          <w:b w:val="0"/>
        </w:rPr>
      </w:r>
    </w:p>
    <w:p>
      <w:pPr>
        <w:keepNext/>
        <w:spacing w:after="100"/>
      </w:pPr>
      <w:r>
        <w:rPr>
          <w:b/>
        </w:rPr>
        <w:t>13. N filmi 1. sırada gösterildiğine göre P filmi kaçıncı sırada gösterilir?</w:t>
      </w:r>
    </w:p>
    <w:p>
      <w:pPr>
        <w:keepNext/>
        <w:spacing w:after="60"/>
        <w:ind w:left="245"/>
      </w:pPr>
      <w:r>
        <w:rPr>
          <w:b w:val="0"/>
        </w:rPr>
        <w:t>A) 1</w:t>
      </w:r>
    </w:p>
    <w:p>
      <w:pPr>
        <w:keepNext/>
        <w:spacing w:after="60"/>
        <w:ind w:left="245"/>
      </w:pPr>
      <w:r>
        <w:rPr>
          <w:b w:val="0"/>
        </w:rPr>
        <w:t>B) 2</w:t>
      </w:r>
    </w:p>
    <w:p>
      <w:pPr>
        <w:keepNext/>
        <w:spacing w:after="60"/>
        <w:ind w:left="245"/>
      </w:pPr>
      <w:r>
        <w:rPr>
          <w:b w:val="0"/>
        </w:rPr>
        <w:t>C) 3</w:t>
      </w:r>
    </w:p>
    <w:p>
      <w:pPr>
        <w:keepNext/>
        <w:spacing w:after="60"/>
        <w:ind w:left="245"/>
      </w:pPr>
      <w:r>
        <w:rPr>
          <w:b w:val="0"/>
        </w:rPr>
        <w:t>D) 4</w:t>
      </w:r>
    </w:p>
    <w:p>
      <w:pPr>
        <w:keepNext w:val="0"/>
        <w:spacing w:after="60"/>
        <w:ind w:left="245"/>
      </w:pPr>
      <w:r>
        <w:rPr>
          <w:b w:val="0"/>
        </w:rPr>
        <w:t>E) 5</w:t>
      </w:r>
    </w:p>
    <w:p>
      <w:pPr>
        <w:keepNext w:val="0"/>
        <w:spacing w:after="40"/>
      </w:pPr>
      <w:r>
        <w:rPr>
          <w:b w:val="0"/>
        </w:rPr>
      </w:r>
    </w:p>
    <w:p>
      <w:pPr>
        <w:keepNext/>
        <w:spacing w:after="100"/>
      </w:pPr>
      <w:r>
        <w:rPr>
          <w:b/>
        </w:rPr>
        <w:t>14. L filmi 1. sırada gösterildiğine göre aşağıdakilerden hangisi mümkün olabilir?</w:t>
      </w:r>
    </w:p>
    <w:p>
      <w:pPr>
        <w:keepNext/>
        <w:spacing w:after="60"/>
        <w:ind w:left="245"/>
      </w:pPr>
      <w:r>
        <w:rPr>
          <w:b w:val="0"/>
        </w:rPr>
        <w:t>A) N, 6. sırada gösterilir.</w:t>
      </w:r>
    </w:p>
    <w:p>
      <w:pPr>
        <w:keepNext/>
        <w:spacing w:after="60"/>
        <w:ind w:left="245"/>
      </w:pPr>
      <w:r>
        <w:rPr>
          <w:b w:val="0"/>
        </w:rPr>
        <w:t>B) K, 1. sırada gösterilir.</w:t>
      </w:r>
    </w:p>
    <w:p>
      <w:pPr>
        <w:keepNext/>
        <w:spacing w:after="60"/>
        <w:ind w:left="245"/>
      </w:pPr>
      <w:r>
        <w:rPr>
          <w:b w:val="0"/>
        </w:rPr>
        <w:t>C) M, 3. sırada gösterilir.</w:t>
      </w:r>
    </w:p>
    <w:p>
      <w:pPr>
        <w:keepNext/>
        <w:spacing w:after="60"/>
        <w:ind w:left="245"/>
      </w:pPr>
      <w:r>
        <w:rPr>
          <w:b w:val="0"/>
        </w:rPr>
        <w:t>D) R, 4. sırada gösterilir.</w:t>
      </w:r>
    </w:p>
    <w:p>
      <w:pPr>
        <w:keepNext w:val="0"/>
        <w:spacing w:after="60"/>
        <w:ind w:left="245"/>
      </w:pPr>
      <w:r>
        <w:rPr>
          <w:b w:val="0"/>
        </w:rPr>
        <w:t>E) P, 1. sırada gösterilir.</w:t>
      </w:r>
    </w:p>
    <w:p>
      <w:pPr>
        <w:keepNext w:val="0"/>
        <w:spacing w:after="40"/>
      </w:pPr>
      <w:r>
        <w:rPr>
          <w:b w:val="0"/>
        </w:rPr>
      </w:r>
    </w:p>
    <w:p>
      <w:pPr>
        <w:keepNext/>
        <w:spacing w:after="100"/>
      </w:pPr>
      <w:r>
        <w:rPr>
          <w:b/>
        </w:rPr>
        <w:t>15. N ile P filmlerinin gösterimleri arasında en fazla kaç film yer alabilir?</w:t>
      </w:r>
    </w:p>
    <w:p>
      <w:pPr>
        <w:keepNext/>
        <w:spacing w:after="60"/>
        <w:ind w:left="245"/>
      </w:pPr>
      <w:r>
        <w:rPr>
          <w:b w:val="0"/>
        </w:rPr>
        <w:t>A) 0</w:t>
      </w:r>
    </w:p>
    <w:p>
      <w:pPr>
        <w:keepNext/>
        <w:spacing w:after="60"/>
        <w:ind w:left="245"/>
      </w:pPr>
      <w:r>
        <w:rPr>
          <w:b w:val="0"/>
        </w:rPr>
        <w:t>B) 1</w:t>
      </w:r>
    </w:p>
    <w:p>
      <w:pPr>
        <w:keepNext/>
        <w:spacing w:after="60"/>
        <w:ind w:left="245"/>
      </w:pPr>
      <w:r>
        <w:rPr>
          <w:b w:val="0"/>
        </w:rPr>
        <w:t>C) 2</w:t>
      </w:r>
    </w:p>
    <w:p>
      <w:pPr>
        <w:keepNext/>
        <w:spacing w:after="60"/>
        <w:ind w:left="245"/>
      </w:pPr>
      <w:r>
        <w:rPr>
          <w:b w:val="0"/>
        </w:rPr>
        <w:t>D) 3</w:t>
      </w:r>
    </w:p>
    <w:p>
      <w:pPr>
        <w:keepNext w:val="0"/>
        <w:spacing w:after="60"/>
        <w:ind w:left="245"/>
      </w:pPr>
      <w:r>
        <w:rPr>
          <w:b w:val="0"/>
        </w:rPr>
        <w:t>E) 4</w:t>
      </w:r>
    </w:p>
    <w:p>
      <w:pPr>
        <w:keepNext w:val="0"/>
        <w:spacing w:after="40"/>
      </w:pPr>
      <w:r>
        <w:rPr>
          <w:b w:val="0"/>
        </w:rPr>
      </w:r>
    </w:p>
    <w:p>
      <w:r>
        <w:br w:type="page"/>
      </w:r>
    </w:p>
    <w:p>
      <w:pPr>
        <w:pStyle w:val="Heading1"/>
      </w:pPr>
      <w:r>
        <w:t>Arşiv dosyalarının incelenmesi</w:t>
      </w:r>
    </w:p>
    <w:p>
      <w:pPr>
        <w:keepNext w:val="0"/>
        <w:spacing w:after="100"/>
      </w:pPr>
      <w:r>
        <w:rPr>
          <w:b/>
          <w:sz w:val="20"/>
        </w:rPr>
        <w:t>Ortak bilgiler</w:t>
      </w:r>
    </w:p>
    <w:p>
      <w:pPr>
        <w:keepNext w:val="0"/>
        <w:spacing w:after="100"/>
      </w:pPr>
      <w:r>
        <w:rPr>
          <w:b w:val="0"/>
        </w:rPr>
        <w:t>A, B, C, D, E, F ve G kodlu yedi arşiv dosyası sırayla incelenecektir. Her dosya yalnızca bir kez incelenecek; 1’den 7’ye kadar her inceleme sırasında bir dosya bulunacaktır.</w:t>
      </w:r>
    </w:p>
    <w:p>
      <w:pPr>
        <w:keepNext/>
        <w:spacing w:after="60"/>
        <w:ind w:left="115"/>
      </w:pPr>
      <w:r>
        <w:rPr>
          <w:b w:val="0"/>
        </w:rPr>
        <w:t>• A, C’den önce incelenecektir.</w:t>
      </w:r>
    </w:p>
    <w:p>
      <w:pPr>
        <w:keepNext/>
        <w:spacing w:after="60"/>
        <w:ind w:left="115"/>
      </w:pPr>
      <w:r>
        <w:rPr>
          <w:b w:val="0"/>
        </w:rPr>
        <w:t>• D, B’den hemen sonra incelenecektir.</w:t>
      </w:r>
    </w:p>
    <w:p>
      <w:pPr>
        <w:keepNext/>
        <w:spacing w:after="60"/>
        <w:ind w:left="115"/>
      </w:pPr>
      <w:r>
        <w:rPr>
          <w:b w:val="0"/>
        </w:rPr>
        <w:t>• Şu iki önermeden yalnızca biri doğrudur: “E, B’den önce incelenir.” ve “F, 7. sırada incelenir.”</w:t>
      </w:r>
    </w:p>
    <w:p>
      <w:pPr>
        <w:keepNext/>
        <w:spacing w:after="60"/>
        <w:ind w:left="115"/>
      </w:pPr>
      <w:r>
        <w:rPr>
          <w:b w:val="0"/>
        </w:rPr>
        <w:t>• E, G’den önce incelenirse A da D’den önce incelenecektir.</w:t>
      </w:r>
    </w:p>
    <w:p>
      <w:pPr>
        <w:keepNext/>
        <w:spacing w:after="60"/>
        <w:ind w:left="115"/>
      </w:pPr>
      <w:r>
        <w:rPr>
          <w:b w:val="0"/>
        </w:rPr>
        <w:t>• C ile G’nin incelenmesi arasında tam bir dosya incelenecektir.</w:t>
      </w:r>
    </w:p>
    <w:p>
      <w:pPr>
        <w:keepNext w:val="0"/>
        <w:spacing w:after="20"/>
      </w:pPr>
      <w:r>
        <w:rPr>
          <w:b w:val="0"/>
        </w:rPr>
      </w:r>
    </w:p>
    <w:p>
      <w:pPr>
        <w:keepNext/>
        <w:spacing w:after="100"/>
      </w:pPr>
      <w:r>
        <w:rPr>
          <w:b/>
        </w:rPr>
        <w:t>16. Aşağıdakilerden hangisi, ilk incelemeden son incelemeye doğru geçerli bir sıralama olabilir?</w:t>
      </w:r>
    </w:p>
    <w:p>
      <w:pPr>
        <w:keepNext/>
        <w:spacing w:after="60"/>
        <w:ind w:left="245"/>
      </w:pPr>
      <w:r>
        <w:rPr>
          <w:b w:val="0"/>
        </w:rPr>
        <w:t>A) B - D - C - A - G - E - F</w:t>
      </w:r>
    </w:p>
    <w:p>
      <w:pPr>
        <w:keepNext/>
        <w:spacing w:after="60"/>
        <w:ind w:left="245"/>
      </w:pPr>
      <w:r>
        <w:rPr>
          <w:b w:val="0"/>
        </w:rPr>
        <w:t>B) A - B - C - D - G - E - F</w:t>
      </w:r>
    </w:p>
    <w:p>
      <w:pPr>
        <w:keepNext/>
        <w:spacing w:after="60"/>
        <w:ind w:left="245"/>
      </w:pPr>
      <w:r>
        <w:rPr>
          <w:b w:val="0"/>
        </w:rPr>
        <w:t>C) A - B - D - C - F - G - E</w:t>
      </w:r>
    </w:p>
    <w:p>
      <w:pPr>
        <w:keepNext/>
        <w:spacing w:after="60"/>
        <w:ind w:left="245"/>
      </w:pPr>
      <w:r>
        <w:rPr>
          <w:b w:val="0"/>
        </w:rPr>
        <w:t>D) A - E - G - F - C - B - D</w:t>
      </w:r>
    </w:p>
    <w:p>
      <w:pPr>
        <w:keepNext w:val="0"/>
        <w:spacing w:after="60"/>
        <w:ind w:left="245"/>
      </w:pPr>
      <w:r>
        <w:rPr>
          <w:b w:val="0"/>
        </w:rPr>
        <w:t>E) B - D - A - C - E - G - F</w:t>
      </w:r>
    </w:p>
    <w:p>
      <w:pPr>
        <w:keepNext w:val="0"/>
        <w:spacing w:after="40"/>
      </w:pPr>
      <w:r>
        <w:rPr>
          <w:b w:val="0"/>
        </w:rPr>
      </w:r>
    </w:p>
    <w:p>
      <w:pPr>
        <w:keepNext/>
        <w:spacing w:after="100"/>
      </w:pPr>
      <w:r>
        <w:rPr>
          <w:b/>
        </w:rPr>
        <w:t>17. F dosyası 7. sırada incelendiğine göre aşağıdakilerden hangisi kesinlikle doğrudur?</w:t>
      </w:r>
    </w:p>
    <w:p>
      <w:pPr>
        <w:keepNext/>
        <w:spacing w:after="60"/>
        <w:ind w:left="245"/>
      </w:pPr>
      <w:r>
        <w:rPr>
          <w:b w:val="0"/>
        </w:rPr>
        <w:t>A) G, C’den önce incelenir.</w:t>
      </w:r>
    </w:p>
    <w:p>
      <w:pPr>
        <w:keepNext/>
        <w:spacing w:after="60"/>
        <w:ind w:left="245"/>
      </w:pPr>
      <w:r>
        <w:rPr>
          <w:b w:val="0"/>
        </w:rPr>
        <w:t>B) A, B’den önce incelenir.</w:t>
      </w:r>
    </w:p>
    <w:p>
      <w:pPr>
        <w:keepNext/>
        <w:spacing w:after="60"/>
        <w:ind w:left="245"/>
      </w:pPr>
      <w:r>
        <w:rPr>
          <w:b w:val="0"/>
        </w:rPr>
        <w:t>C) E, D’den sonra incelenir.</w:t>
      </w:r>
    </w:p>
    <w:p>
      <w:pPr>
        <w:keepNext/>
        <w:spacing w:after="60"/>
        <w:ind w:left="245"/>
      </w:pPr>
      <w:r>
        <w:rPr>
          <w:b w:val="0"/>
        </w:rPr>
        <w:t>D) G, 1. sırada incelenir.</w:t>
      </w:r>
    </w:p>
    <w:p>
      <w:pPr>
        <w:keepNext w:val="0"/>
        <w:spacing w:after="60"/>
        <w:ind w:left="245"/>
      </w:pPr>
      <w:r>
        <w:rPr>
          <w:b w:val="0"/>
        </w:rPr>
        <w:t>E) E, 5. sırada incelenir.</w:t>
      </w:r>
    </w:p>
    <w:p>
      <w:pPr>
        <w:keepNext w:val="0"/>
        <w:spacing w:after="40"/>
      </w:pPr>
      <w:r>
        <w:rPr>
          <w:b w:val="0"/>
        </w:rPr>
      </w:r>
    </w:p>
    <w:p>
      <w:pPr>
        <w:pStyle w:val="Heading2"/>
      </w:pPr>
      <w:r>
        <w:t>Çalışma alanı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52"/>
        <w:gridCol w:w="1452"/>
        <w:gridCol w:w="1452"/>
        <w:gridCol w:w="1452"/>
        <w:gridCol w:w="1452"/>
        <w:gridCol w:w="1452"/>
        <w:gridCol w:w="1452"/>
      </w:tblGrid>
      <w:tr>
        <w:trPr>
          <w:cantSplit/>
          <w:tblHeader/>
        </w:trPr>
        <w:tc>
          <w:tcPr>
            <w:tcW w:type="dxa" w:w="14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  <w:shd w:fill="E6E6E6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000000"/>
                <w:sz w:val="20"/>
              </w:rPr>
              <w:t>1</w:t>
            </w:r>
          </w:p>
        </w:tc>
        <w:tc>
          <w:tcPr>
            <w:tcW w:type="dxa" w:w="14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  <w:shd w:fill="E6E6E6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000000"/>
                <w:sz w:val="20"/>
              </w:rPr>
              <w:t>2</w:t>
            </w:r>
          </w:p>
        </w:tc>
        <w:tc>
          <w:tcPr>
            <w:tcW w:type="dxa" w:w="14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  <w:shd w:fill="E6E6E6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000000"/>
                <w:sz w:val="20"/>
              </w:rPr>
              <w:t>3</w:t>
            </w:r>
          </w:p>
        </w:tc>
        <w:tc>
          <w:tcPr>
            <w:tcW w:type="dxa" w:w="14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  <w:shd w:fill="E6E6E6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000000"/>
                <w:sz w:val="20"/>
              </w:rPr>
              <w:t>4</w:t>
            </w:r>
          </w:p>
        </w:tc>
        <w:tc>
          <w:tcPr>
            <w:tcW w:type="dxa" w:w="14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  <w:shd w:fill="E6E6E6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000000"/>
                <w:sz w:val="20"/>
              </w:rPr>
              <w:t>5</w:t>
            </w:r>
          </w:p>
        </w:tc>
        <w:tc>
          <w:tcPr>
            <w:tcW w:type="dxa" w:w="14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  <w:shd w:fill="E6E6E6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000000"/>
                <w:sz w:val="20"/>
              </w:rPr>
              <w:t>6</w:t>
            </w:r>
          </w:p>
        </w:tc>
        <w:tc>
          <w:tcPr>
            <w:tcW w:type="dxa" w:w="14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  <w:shd w:fill="E6E6E6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000000"/>
                <w:sz w:val="20"/>
              </w:rPr>
              <w:t>7</w:t>
            </w:r>
          </w:p>
        </w:tc>
      </w:tr>
      <w:tr>
        <w:trPr>
          <w:cantSplit/>
        </w:trPr>
        <w:tc>
          <w:tcPr>
            <w:tcW w:type="dxa" w:w="14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4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4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4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4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4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4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Arşiv dosyalarının incelenmesi</w:t>
      </w:r>
    </w:p>
    <w:p>
      <w:pPr>
        <w:keepNext w:val="0"/>
        <w:spacing w:after="100"/>
      </w:pPr>
      <w:r>
        <w:rPr>
          <w:b/>
          <w:sz w:val="20"/>
        </w:rPr>
        <w:t>Ortak bilgiler</w:t>
      </w:r>
    </w:p>
    <w:p>
      <w:pPr>
        <w:keepNext w:val="0"/>
        <w:spacing w:after="100"/>
      </w:pPr>
      <w:r>
        <w:rPr>
          <w:b w:val="0"/>
        </w:rPr>
        <w:t>A, B, C, D, E, F ve G kodlu yedi arşiv dosyası sırayla incelenecektir. Her dosya yalnızca bir kez incelenecek; 1’den 7’ye kadar her inceleme sırasında bir dosya bulunacaktır.</w:t>
      </w:r>
    </w:p>
    <w:p>
      <w:pPr>
        <w:keepNext/>
        <w:spacing w:after="60"/>
        <w:ind w:left="115"/>
      </w:pPr>
      <w:r>
        <w:rPr>
          <w:b w:val="0"/>
        </w:rPr>
        <w:t>• A, C’den önce incelenecektir.</w:t>
      </w:r>
    </w:p>
    <w:p>
      <w:pPr>
        <w:keepNext/>
        <w:spacing w:after="60"/>
        <w:ind w:left="115"/>
      </w:pPr>
      <w:r>
        <w:rPr>
          <w:b w:val="0"/>
        </w:rPr>
        <w:t>• D, B’den hemen sonra incelenecektir.</w:t>
      </w:r>
    </w:p>
    <w:p>
      <w:pPr>
        <w:keepNext/>
        <w:spacing w:after="60"/>
        <w:ind w:left="115"/>
      </w:pPr>
      <w:r>
        <w:rPr>
          <w:b w:val="0"/>
        </w:rPr>
        <w:t>• Şu iki önermeden yalnızca biri doğrudur: “E, B’den önce incelenir.” ve “F, 7. sırada incelenir.”</w:t>
      </w:r>
    </w:p>
    <w:p>
      <w:pPr>
        <w:keepNext/>
        <w:spacing w:after="60"/>
        <w:ind w:left="115"/>
      </w:pPr>
      <w:r>
        <w:rPr>
          <w:b w:val="0"/>
        </w:rPr>
        <w:t>• E, G’den önce incelenirse A da D’den önce incelenecektir.</w:t>
      </w:r>
    </w:p>
    <w:p>
      <w:pPr>
        <w:keepNext/>
        <w:spacing w:after="60"/>
        <w:ind w:left="115"/>
      </w:pPr>
      <w:r>
        <w:rPr>
          <w:b w:val="0"/>
        </w:rPr>
        <w:t>• C ile G’nin incelenmesi arasında tam bir dosya incelenecektir.</w:t>
      </w:r>
    </w:p>
    <w:p>
      <w:pPr>
        <w:keepNext w:val="0"/>
        <w:spacing w:after="20"/>
      </w:pPr>
      <w:r>
        <w:rPr>
          <w:b w:val="0"/>
        </w:rPr>
      </w:r>
    </w:p>
    <w:p>
      <w:pPr>
        <w:keepNext/>
        <w:spacing w:after="100"/>
      </w:pPr>
      <w:r>
        <w:rPr>
          <w:b/>
        </w:rPr>
        <w:t>18. G dosyası 1. sırada incelendiğine göre aşağıdakilerden hangisi mümkün değildir?</w:t>
      </w:r>
    </w:p>
    <w:p>
      <w:pPr>
        <w:keepNext/>
        <w:spacing w:after="60"/>
        <w:ind w:left="245"/>
      </w:pPr>
      <w:r>
        <w:rPr>
          <w:b w:val="0"/>
        </w:rPr>
        <w:t>A) E, 4. sırada incelenir.</w:t>
      </w:r>
    </w:p>
    <w:p>
      <w:pPr>
        <w:keepNext/>
        <w:spacing w:after="60"/>
        <w:ind w:left="245"/>
      </w:pPr>
      <w:r>
        <w:rPr>
          <w:b w:val="0"/>
        </w:rPr>
        <w:t>B) E, 6. sırada incelenir.</w:t>
      </w:r>
    </w:p>
    <w:p>
      <w:pPr>
        <w:keepNext/>
        <w:spacing w:after="60"/>
        <w:ind w:left="245"/>
      </w:pPr>
      <w:r>
        <w:rPr>
          <w:b w:val="0"/>
        </w:rPr>
        <w:t>C) B, 4. sırada incelenir.</w:t>
      </w:r>
    </w:p>
    <w:p>
      <w:pPr>
        <w:keepNext/>
        <w:spacing w:after="60"/>
        <w:ind w:left="245"/>
      </w:pPr>
      <w:r>
        <w:rPr>
          <w:b w:val="0"/>
        </w:rPr>
        <w:t>D) F, 5. sırada incelenir.</w:t>
      </w:r>
    </w:p>
    <w:p>
      <w:pPr>
        <w:keepNext w:val="0"/>
        <w:spacing w:after="60"/>
        <w:ind w:left="245"/>
      </w:pPr>
      <w:r>
        <w:rPr>
          <w:b w:val="0"/>
        </w:rPr>
        <w:t>E) F, 6. sırada incelenir.</w:t>
      </w:r>
    </w:p>
    <w:p>
      <w:pPr>
        <w:keepNext w:val="0"/>
        <w:spacing w:after="40"/>
      </w:pPr>
      <w:r>
        <w:rPr>
          <w:b w:val="0"/>
        </w:rPr>
      </w:r>
    </w:p>
    <w:p>
      <w:pPr>
        <w:keepNext/>
        <w:spacing w:after="100"/>
      </w:pPr>
      <w:r>
        <w:rPr>
          <w:b/>
        </w:rPr>
        <w:t>19. A dosyası D dosyasından sonra incelendiğine göre aşağıdakilerden hangisi kesinlikle doğrudur?</w:t>
      </w:r>
    </w:p>
    <w:p>
      <w:pPr>
        <w:keepNext/>
        <w:spacing w:after="60"/>
        <w:ind w:left="245"/>
      </w:pPr>
      <w:r>
        <w:rPr>
          <w:b w:val="0"/>
        </w:rPr>
        <w:t>A) A, 3. sırada incelenir.</w:t>
      </w:r>
    </w:p>
    <w:p>
      <w:pPr>
        <w:keepNext/>
        <w:spacing w:after="60"/>
        <w:ind w:left="245"/>
      </w:pPr>
      <w:r>
        <w:rPr>
          <w:b w:val="0"/>
        </w:rPr>
        <w:t>B) E, G’den sonra incelenir.</w:t>
      </w:r>
    </w:p>
    <w:p>
      <w:pPr>
        <w:keepNext/>
        <w:spacing w:after="60"/>
        <w:ind w:left="245"/>
      </w:pPr>
      <w:r>
        <w:rPr>
          <w:b w:val="0"/>
        </w:rPr>
        <w:t>C) G, 4. sırada incelenir.</w:t>
      </w:r>
    </w:p>
    <w:p>
      <w:pPr>
        <w:keepNext/>
        <w:spacing w:after="60"/>
        <w:ind w:left="245"/>
      </w:pPr>
      <w:r>
        <w:rPr>
          <w:b w:val="0"/>
        </w:rPr>
        <w:t>D) C, 5. sırada incelenir.</w:t>
      </w:r>
    </w:p>
    <w:p>
      <w:pPr>
        <w:keepNext w:val="0"/>
        <w:spacing w:after="60"/>
        <w:ind w:left="245"/>
      </w:pPr>
      <w:r>
        <w:rPr>
          <w:b w:val="0"/>
        </w:rPr>
        <w:t>E) E, 5. sırada incelenir.</w:t>
      </w:r>
    </w:p>
    <w:p>
      <w:pPr>
        <w:keepNext w:val="0"/>
        <w:spacing w:after="40"/>
      </w:pPr>
      <w:r>
        <w:rPr>
          <w:b w:val="0"/>
        </w:rPr>
      </w:r>
    </w:p>
    <w:p>
      <w:pPr>
        <w:keepNext/>
        <w:spacing w:after="100"/>
      </w:pPr>
      <w:r>
        <w:rPr>
          <w:b/>
        </w:rPr>
        <w:t>20. C dosyası 4. sırada, F dosyası 7. sırada incelendiğine göre A dosyası kaçıncı sırada incelenir?</w:t>
      </w:r>
    </w:p>
    <w:p>
      <w:pPr>
        <w:keepNext/>
        <w:spacing w:after="60"/>
        <w:ind w:left="245"/>
      </w:pPr>
      <w:r>
        <w:rPr>
          <w:b w:val="0"/>
        </w:rPr>
        <w:t>A) 1</w:t>
      </w:r>
    </w:p>
    <w:p>
      <w:pPr>
        <w:keepNext/>
        <w:spacing w:after="60"/>
        <w:ind w:left="245"/>
      </w:pPr>
      <w:r>
        <w:rPr>
          <w:b w:val="0"/>
        </w:rPr>
        <w:t>B) 2</w:t>
      </w:r>
    </w:p>
    <w:p>
      <w:pPr>
        <w:keepNext/>
        <w:spacing w:after="60"/>
        <w:ind w:left="245"/>
      </w:pPr>
      <w:r>
        <w:rPr>
          <w:b w:val="0"/>
        </w:rPr>
        <w:t>C) 3</w:t>
      </w:r>
    </w:p>
    <w:p>
      <w:pPr>
        <w:keepNext/>
        <w:spacing w:after="60"/>
        <w:ind w:left="245"/>
      </w:pPr>
      <w:r>
        <w:rPr>
          <w:b w:val="0"/>
        </w:rPr>
        <w:t>D) 4</w:t>
      </w:r>
    </w:p>
    <w:p>
      <w:pPr>
        <w:keepNext w:val="0"/>
        <w:spacing w:after="60"/>
        <w:ind w:left="245"/>
      </w:pPr>
      <w:r>
        <w:rPr>
          <w:b w:val="0"/>
        </w:rPr>
        <w:t>E) 5</w:t>
      </w:r>
    </w:p>
    <w:p>
      <w:pPr>
        <w:keepNext w:val="0"/>
        <w:spacing w:after="40"/>
      </w:pPr>
      <w:r>
        <w:rPr>
          <w:b w:val="0"/>
        </w:rPr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37" w:bottom="936" w:left="1037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Pilot 1.0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ALES Sözel Mantık Pilotu  |  Soru kitapçığı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 w:eastAsia="Arial" w:cs="Arial"/>
      <w:color w:val="000000"/>
      <w:sz w:val="22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 w:line="259" w:lineRule="auto"/>
      <w:outlineLvl w:val="0"/>
    </w:pPr>
    <w:rPr>
      <w:rFonts w:asciiTheme="majorHAnsi" w:eastAsiaTheme="majorEastAsia" w:hAnsiTheme="majorHAnsi" w:cstheme="majorBidi" w:ascii="Arial" w:hAnsi="Arial" w:eastAsia="Arial" w:cs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 w:line="259" w:lineRule="auto"/>
      <w:outlineLvl w:val="1"/>
    </w:pPr>
    <w:rPr>
      <w:rFonts w:asciiTheme="majorHAnsi" w:eastAsiaTheme="majorEastAsia" w:hAnsiTheme="majorHAnsi" w:cstheme="majorBidi" w:ascii="Arial" w:hAnsi="Arial" w:eastAsia="Arial" w:cs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 w:line="259" w:lineRule="auto"/>
      <w:outlineLvl w:val="2"/>
    </w:pPr>
    <w:rPr>
      <w:rFonts w:asciiTheme="majorHAnsi" w:eastAsiaTheme="majorEastAsia" w:hAnsiTheme="majorHAnsi" w:cstheme="majorBidi" w:ascii="Arial" w:hAnsi="Arial" w:eastAsia="Arial" w:cs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9" w:lineRule="auto" w:before="0"/>
      <w:contextualSpacing/>
    </w:pPr>
    <w:rPr>
      <w:rFonts w:asciiTheme="majorHAnsi" w:eastAsiaTheme="majorEastAsia" w:hAnsiTheme="majorHAnsi" w:cstheme="majorBidi" w:ascii="Arial" w:hAnsi="Arial" w:eastAsia="Arial" w:cs="Arial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line="259" w:lineRule="auto" w:before="0"/>
    </w:pPr>
    <w:rPr>
      <w:rFonts w:asciiTheme="majorHAnsi" w:eastAsiaTheme="majorEastAsia" w:hAnsiTheme="majorHAnsi" w:cstheme="majorBidi" w:ascii="Arial" w:hAnsi="Arial" w:eastAsia="Arial" w:cs="Arial"/>
      <w:i w:val="0"/>
      <w:iCs/>
      <w:color w:val="000000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ALES Sözel Mantık Soru Kitapçığı</dc:title>
  <dc:subject>Sıralama ve koşullu çıkarım</dc:subject>
  <dc:creator/>
  <cp:keywords>ALES, sözel mantık, pilot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