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TYT Oran Orantı</w:t>
        <w:br/>
        <w:t>Soru Kitapçığı</w:t>
      </w:r>
    </w:p>
    <w:p>
      <w:pPr>
        <w:pStyle w:val="Subtitle"/>
      </w:pPr>
      <w:r>
        <w:rPr>
          <w:b w:val="0"/>
        </w:rPr>
        <w:t>Temel matematik için 20 soruluk özgün pilot</w:t>
      </w:r>
    </w:p>
    <w:p>
      <w:r>
        <w:rPr>
          <w:b w:val="0"/>
        </w:rPr>
        <w:t>Bu kitapçık, oran ve orantı kurarak problem çözme becerinizi çalışmanız için hazırlanmıştır. Her soruda A, B, C, D ve E olmak üzere beş seçenek ve tek doğru cevap vardır.</w:t>
      </w:r>
    </w:p>
    <w:p>
      <w:pPr>
        <w:pStyle w:val="Heading2"/>
      </w:pPr>
      <w:r>
        <w:rPr>
          <w:b w:val="0"/>
        </w:rPr>
        <w:t>Uygulama yönergesi</w:t>
      </w:r>
    </w:p>
    <w:p>
      <w:r>
        <w:rPr>
          <w:b w:val="0"/>
        </w:rPr>
        <w:t>Soruları hesap makinesi kullanmadan çözünüz. İşlemlerinizi soruların altındaki boşluklara yazabilirsiniz. Seçtiğiniz yanıtı aşağıdaki ilgili satırda işaretleyiniz. 13. soruda tablonun A, B, C, D ve E satırları seçeneklerdir.</w:t>
      </w:r>
    </w:p>
    <w:p>
      <w:r>
        <w:rPr>
          <w:b w:val="0"/>
        </w:rPr>
        <w:t>Sabit süre sınırı belirlenmemiştir. Başlama ve bitiş saatinizi kaydediniz. Cevap anahtarı ve çözümler ayrı dosyadadır. Bu çalışma resmî ÖSYM sınavı değildir.</w:t>
      </w:r>
    </w:p>
    <w:p>
      <w:pPr>
        <w:spacing w:after="240"/>
      </w:pPr>
      <w:r>
        <w:rPr>
          <w:b w:val="0"/>
        </w:rPr>
        <w:t>Ad soyad  ____________________________________    Tarih  ______________</w:t>
      </w:r>
    </w:p>
    <w:p>
      <w:pPr>
        <w:spacing w:after="240"/>
      </w:pPr>
      <w:r>
        <w:rPr>
          <w:b w:val="0"/>
        </w:rPr>
        <w:t>Başlama saati  __________________    Bitiş saati  __________________</w:t>
      </w:r>
    </w:p>
    <w:p>
      <w:pPr>
        <w:pStyle w:val="Heading2"/>
      </w:pPr>
      <w:r>
        <w:rPr>
          <w:b w:val="0"/>
        </w:rPr>
        <w:t>Yanıt alanı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792"/>
        <w:gridCol w:w="4248"/>
        <w:gridCol w:w="792"/>
        <w:gridCol w:w="4248"/>
      </w:tblGrid>
      <w:tr>
        <w:trPr>
          <w:cantSplit/>
          <w:tblHeader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Soru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İşaretlediğiniz seçenek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Soru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İşaretlediğiniz seçenek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13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17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19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  <w:tr>
        <w:trPr>
          <w:cantSplit/>
        </w:trPr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  <w:tc>
          <w:tcPr>
            <w:tcW w:type="dxa" w:w="792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424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A     B     C     D     E</w:t>
            </w:r>
          </w:p>
        </w:tc>
      </w:tr>
    </w:tbl>
    <w:p>
      <w:pPr>
        <w:spacing w:after="0" w:before="120"/>
      </w:pPr>
      <w:r>
        <w:rPr>
          <w:b w:val="0"/>
        </w:rPr>
        <w:t>Set kodu OR01  •  Konu kapsamı oran ve orantı  •  20 soru</w:t>
      </w:r>
    </w:p>
    <w:p>
      <w:r>
        <w:br w:type="page"/>
      </w:r>
    </w:p>
    <w:p>
      <w:pPr>
        <w:pStyle w:val="Heading1"/>
      </w:pPr>
      <w:r>
        <w:rPr>
          <w:b w:val="0"/>
        </w:rPr>
        <w:t>Sorular 1 ile 4</w:t>
      </w:r>
    </w:p>
    <w:p>
      <w:pPr>
        <w:keepNext/>
        <w:keepLines/>
        <w:spacing w:after="100"/>
      </w:pPr>
      <w:r>
        <w:rPr>
          <w:b w:val="0"/>
        </w:rPr>
        <w:t>1.  Bir kutuda yalnızca kırmızı ve mavi kartlar vardır. Kırmızı kart sayısının mavi kart sayısına oranı 4 : 7’dir. Kutuda toplam 55 kart olduğuna göre mavi kart sayısı kaçtır?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20</w:t>
      </w:r>
      <w:r>
        <w:tab/>
      </w:r>
      <w:r>
        <w:rPr>
          <w:b/>
        </w:rPr>
        <w:t xml:space="preserve">B) </w:t>
      </w:r>
      <w:r>
        <w:rPr>
          <w:b w:val="0"/>
        </w:rPr>
        <w:t>28</w:t>
      </w:r>
      <w:r>
        <w:tab/>
      </w:r>
      <w:r>
        <w:rPr>
          <w:b/>
        </w:rPr>
        <w:t xml:space="preserve">C) </w:t>
      </w:r>
      <w:r>
        <w:rPr>
          <w:b w:val="0"/>
        </w:rPr>
        <w:t>35</w:t>
      </w:r>
      <w:r>
        <w:tab/>
      </w:r>
      <w:r>
        <w:rPr>
          <w:b/>
        </w:rPr>
        <w:t xml:space="preserve">D) </w:t>
      </w:r>
      <w:r>
        <w:rPr>
          <w:b w:val="0"/>
        </w:rPr>
        <w:t>40</w:t>
      </w:r>
      <w:r>
        <w:tab/>
      </w:r>
      <w:r>
        <w:rPr>
          <w:b/>
        </w:rPr>
        <w:t xml:space="preserve">E) </w:t>
      </w:r>
      <w:r>
        <w:rPr>
          <w:b w:val="0"/>
        </w:rPr>
        <w:t>44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2.  Bir kırtasiyede aynı türden 6 dosyanın toplam fiyatı 90 TL’dir. Dosyaların birim fiyatı değişmediğine ve indirim yapılmadığına göre 14 dosyanın toplam fiyatı kaç TL’dir?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150</w:t>
      </w:r>
      <w:r>
        <w:tab/>
      </w:r>
      <w:r>
        <w:rPr>
          <w:b/>
        </w:rPr>
        <w:t xml:space="preserve">B) </w:t>
      </w:r>
      <w:r>
        <w:rPr>
          <w:b w:val="0"/>
        </w:rPr>
        <w:t>180</w:t>
      </w:r>
      <w:r>
        <w:tab/>
      </w:r>
      <w:r>
        <w:rPr>
          <w:b/>
        </w:rPr>
        <w:t xml:space="preserve">C) </w:t>
      </w:r>
      <w:r>
        <w:rPr>
          <w:b w:val="0"/>
        </w:rPr>
        <w:t>195</w:t>
      </w:r>
      <w:r>
        <w:tab/>
      </w:r>
      <w:r>
        <w:rPr>
          <w:b/>
        </w:rPr>
        <w:t xml:space="preserve">D) </w:t>
      </w:r>
      <w:r>
        <w:rPr>
          <w:b w:val="0"/>
        </w:rPr>
        <w:t>210</w:t>
      </w:r>
      <w:r>
        <w:tab/>
      </w:r>
      <w:r>
        <w:rPr>
          <w:b/>
        </w:rPr>
        <w:t xml:space="preserve">E) </w:t>
      </w:r>
      <w:r>
        <w:rPr>
          <w:b w:val="0"/>
        </w:rPr>
        <w:t>225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3.  Bir seramik atölyesinde hazırlanan kuru karışımda kırmızı tozun kütlesinin sarı tozun kütlesine oranı 3 : 8’dir. Aynı oran korunarak 280 gram sarı toz kullanıldığında kaç gram kırmızı toz gerekir?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90</w:t>
      </w:r>
      <w:r>
        <w:tab/>
      </w:r>
      <w:r>
        <w:rPr>
          <w:b/>
        </w:rPr>
        <w:t xml:space="preserve">B) </w:t>
      </w:r>
      <w:r>
        <w:rPr>
          <w:b w:val="0"/>
        </w:rPr>
        <w:t>105</w:t>
      </w:r>
      <w:r>
        <w:tab/>
      </w:r>
      <w:r>
        <w:rPr>
          <w:b/>
        </w:rPr>
        <w:t xml:space="preserve">C) </w:t>
      </w:r>
      <w:r>
        <w:rPr>
          <w:b w:val="0"/>
        </w:rPr>
        <w:t>120</w:t>
      </w:r>
      <w:r>
        <w:tab/>
      </w:r>
      <w:r>
        <w:rPr>
          <w:b/>
        </w:rPr>
        <w:t xml:space="preserve">D) </w:t>
      </w:r>
      <w:r>
        <w:rPr>
          <w:b w:val="0"/>
        </w:rPr>
        <w:t>140</w:t>
      </w:r>
      <w:r>
        <w:tab/>
      </w:r>
      <w:r>
        <w:rPr>
          <w:b/>
        </w:rPr>
        <w:t xml:space="preserve">E) </w:t>
      </w:r>
      <w:r>
        <w:rPr>
          <w:b w:val="0"/>
        </w:rPr>
        <w:t>168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 xml:space="preserve">4.  Aşağıdaki tabloda x ile y doğru orantılıdır. Buna göre </w:t>
      </w:r>
      <m:oMath>
        <m:r>
          <m:rPr>
            <m:sty m:val="p"/>
          </m:rPr>
          <m:t xml:space="preserve">m + n</m:t>
        </m:r>
      </m:oMath>
      <w:r>
        <w:rPr>
          <w:b w:val="0"/>
        </w:rPr>
        <w:t xml:space="preserve"> kaçtır?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728"/>
        <w:gridCol w:w="2016"/>
        <w:gridCol w:w="2016"/>
        <w:gridCol w:w="2016"/>
      </w:tblGrid>
      <w:tr>
        <w:trPr>
          <w:cantSplit/>
          <w:tblHeader/>
        </w:trPr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x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3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m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18</w:t>
            </w:r>
          </w:p>
        </w:tc>
      </w:tr>
      <w:tr>
        <w:trPr>
          <w:cantSplit/>
        </w:trPr>
        <w:tc>
          <w:tcPr>
            <w:tcW w:type="dxa" w:w="172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y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40</w:t>
            </w:r>
          </w:p>
        </w:tc>
        <w:tc>
          <w:tcPr>
            <w:tcW w:type="dxa" w:w="2016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n</w:t>
            </w:r>
          </w:p>
        </w:tc>
      </w:tr>
    </w:tbl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45</w:t>
      </w:r>
      <w:r>
        <w:tab/>
      </w:r>
      <w:r>
        <w:rPr>
          <w:b/>
        </w:rPr>
        <w:t xml:space="preserve">B) </w:t>
      </w:r>
      <w:r>
        <w:rPr>
          <w:b w:val="0"/>
        </w:rPr>
        <w:t>48</w:t>
      </w:r>
      <w:r>
        <w:tab/>
      </w:r>
      <w:r>
        <w:rPr>
          <w:b/>
        </w:rPr>
        <w:t xml:space="preserve">C) </w:t>
      </w:r>
      <w:r>
        <w:rPr>
          <w:b w:val="0"/>
        </w:rPr>
        <w:t>55</w:t>
      </w:r>
      <w:r>
        <w:tab/>
      </w:r>
      <w:r>
        <w:rPr>
          <w:b/>
        </w:rPr>
        <w:t xml:space="preserve">D) </w:t>
      </w:r>
      <w:r>
        <w:rPr>
          <w:b w:val="0"/>
        </w:rPr>
        <w:t>60</w:t>
      </w:r>
      <w:r>
        <w:tab/>
      </w:r>
      <w:r>
        <w:rPr>
          <w:b/>
        </w:rPr>
        <w:t xml:space="preserve">E) </w:t>
      </w:r>
      <w:r>
        <w:rPr>
          <w:b w:val="0"/>
        </w:rPr>
        <w:t>63</w:t>
      </w:r>
    </w:p>
    <w:p>
      <w:pPr>
        <w:spacing w:after="0" w:line="240" w:lineRule="auto" w:before="440"/>
      </w:pPr>
    </w:p>
    <w:p>
      <w:r>
        <w:br w:type="page"/>
      </w:r>
    </w:p>
    <w:p>
      <w:pPr>
        <w:pStyle w:val="Heading1"/>
      </w:pPr>
      <w:r>
        <w:rPr>
          <w:b w:val="0"/>
        </w:rPr>
        <w:t>Sorular 5 ile 8</w:t>
      </w:r>
    </w:p>
    <w:p>
      <w:pPr>
        <w:keepNext/>
        <w:keepLines/>
        <w:spacing w:after="100"/>
      </w:pPr>
      <w:r>
        <w:rPr>
          <w:b w:val="0"/>
        </w:rPr>
        <w:t>5.  Bir sergi salonunun planı 1 : 400 ölçeğinde çizilmiştir. Planda 7,5 cm uzunluğunda gösterilen bir koridorun gerçek uzunluğu kaç metredir?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30</w:t>
      </w:r>
      <w:r>
        <w:tab/>
      </w:r>
      <w:r>
        <w:rPr>
          <w:b/>
        </w:rPr>
        <w:t xml:space="preserve">B) </w:t>
      </w:r>
      <w:r>
        <w:rPr>
          <w:b w:val="0"/>
        </w:rPr>
        <w:t>40</w:t>
      </w:r>
      <w:r>
        <w:tab/>
      </w:r>
      <w:r>
        <w:rPr>
          <w:b/>
        </w:rPr>
        <w:t xml:space="preserve">C) </w:t>
      </w:r>
      <w:r>
        <w:rPr>
          <w:b w:val="0"/>
        </w:rPr>
        <w:t>75</w:t>
      </w:r>
      <w:r>
        <w:tab/>
      </w:r>
      <w:r>
        <w:rPr>
          <w:b/>
        </w:rPr>
        <w:t xml:space="preserve">D) </w:t>
      </w:r>
      <w:r>
        <w:rPr>
          <w:b w:val="0"/>
        </w:rPr>
        <w:t>300</w:t>
      </w:r>
      <w:r>
        <w:tab/>
      </w:r>
      <w:r>
        <w:rPr>
          <w:b/>
        </w:rPr>
        <w:t xml:space="preserve">E) </w:t>
      </w:r>
      <w:r>
        <w:rPr>
          <w:b w:val="0"/>
        </w:rPr>
        <w:t>3000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6.  Aynı debide çalışan 8 özdeş musluk, boş bir depoyu birlikte 60 dakikada doldurmaktadır. Aynı depo boşken bu musluklardan 12’si birlikte açılıyor. Her musluğun debisi değişmediğine ve depodan su çıkmadığına göre depo kaç dakikada dolar?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30</w:t>
      </w:r>
      <w:r>
        <w:tab/>
      </w:r>
      <w:r>
        <w:rPr>
          <w:b/>
        </w:rPr>
        <w:t xml:space="preserve">B) </w:t>
      </w:r>
      <w:r>
        <w:rPr>
          <w:b w:val="0"/>
        </w:rPr>
        <w:t>40</w:t>
      </w:r>
      <w:r>
        <w:tab/>
      </w:r>
      <w:r>
        <w:rPr>
          <w:b/>
        </w:rPr>
        <w:t xml:space="preserve">C) </w:t>
      </w:r>
      <w:r>
        <w:rPr>
          <w:b w:val="0"/>
        </w:rPr>
        <w:t>45</w:t>
      </w:r>
      <w:r>
        <w:tab/>
      </w:r>
      <w:r>
        <w:rPr>
          <w:b/>
        </w:rPr>
        <w:t xml:space="preserve">D) </w:t>
      </w:r>
      <w:r>
        <w:rPr>
          <w:b w:val="0"/>
        </w:rPr>
        <w:t>80</w:t>
      </w:r>
      <w:r>
        <w:tab/>
      </w:r>
      <w:r>
        <w:rPr>
          <w:b/>
        </w:rPr>
        <w:t xml:space="preserve">E) </w:t>
      </w:r>
      <w:r>
        <w:rPr>
          <w:b w:val="0"/>
        </w:rPr>
        <w:t>90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7.  420 kitap ayracı, A, B ve C okuma gruplarına sırasıyla 2, 3 ve 5 ile doğru orantılı olarak dağıtılıyor. B grubuna kaç ayraç düşer?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84</w:t>
      </w:r>
      <w:r>
        <w:tab/>
      </w:r>
      <w:r>
        <w:rPr>
          <w:b/>
        </w:rPr>
        <w:t xml:space="preserve">B) </w:t>
      </w:r>
      <w:r>
        <w:rPr>
          <w:b w:val="0"/>
        </w:rPr>
        <w:t>105</w:t>
      </w:r>
      <w:r>
        <w:tab/>
      </w:r>
      <w:r>
        <w:rPr>
          <w:b/>
        </w:rPr>
        <w:t xml:space="preserve">C) </w:t>
      </w:r>
      <w:r>
        <w:rPr>
          <w:b w:val="0"/>
        </w:rPr>
        <w:t>126</w:t>
      </w:r>
      <w:r>
        <w:tab/>
      </w:r>
      <w:r>
        <w:rPr>
          <w:b/>
        </w:rPr>
        <w:t xml:space="preserve">D) </w:t>
      </w:r>
      <w:r>
        <w:rPr>
          <w:b w:val="0"/>
        </w:rPr>
        <w:t>168</w:t>
      </w:r>
      <w:r>
        <w:tab/>
      </w:r>
      <w:r>
        <w:rPr>
          <w:b/>
        </w:rPr>
        <w:t xml:space="preserve">E) </w:t>
      </w:r>
      <w:r>
        <w:rPr>
          <w:b w:val="0"/>
        </w:rPr>
        <w:t>210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8.  132 oyun pulu, üç takıma sırasıyla 2, 3 ve 6 sayılarıyla ters orantılı olarak dağıtılıyor. En fazla pul alan takım kaç pul alır?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22</w:t>
      </w:r>
      <w:r>
        <w:tab/>
      </w:r>
      <w:r>
        <w:rPr>
          <w:b/>
        </w:rPr>
        <w:t xml:space="preserve">B) </w:t>
      </w:r>
      <w:r>
        <w:rPr>
          <w:b w:val="0"/>
        </w:rPr>
        <w:t>33</w:t>
      </w:r>
      <w:r>
        <w:tab/>
      </w:r>
      <w:r>
        <w:rPr>
          <w:b/>
        </w:rPr>
        <w:t xml:space="preserve">C) </w:t>
      </w:r>
      <w:r>
        <w:rPr>
          <w:b w:val="0"/>
        </w:rPr>
        <w:t>44</w:t>
      </w:r>
      <w:r>
        <w:tab/>
      </w:r>
      <w:r>
        <w:rPr>
          <w:b/>
        </w:rPr>
        <w:t xml:space="preserve">D) </w:t>
      </w:r>
      <w:r>
        <w:rPr>
          <w:b w:val="0"/>
        </w:rPr>
        <w:t>55</w:t>
      </w:r>
      <w:r>
        <w:tab/>
      </w:r>
      <w:r>
        <w:rPr>
          <w:b/>
        </w:rPr>
        <w:t xml:space="preserve">E) </w:t>
      </w:r>
      <w:r>
        <w:rPr>
          <w:b w:val="0"/>
        </w:rPr>
        <w:t>66</w:t>
      </w:r>
    </w:p>
    <w:p>
      <w:pPr>
        <w:spacing w:after="0" w:line="240" w:lineRule="auto" w:before="440"/>
      </w:pPr>
    </w:p>
    <w:p>
      <w:r>
        <w:br w:type="page"/>
      </w:r>
    </w:p>
    <w:p>
      <w:pPr>
        <w:pStyle w:val="Heading1"/>
      </w:pPr>
      <w:r>
        <w:rPr>
          <w:b w:val="0"/>
        </w:rPr>
        <w:t>Sorular 9 ile 12</w:t>
      </w:r>
    </w:p>
    <w:p>
      <w:pPr>
        <w:keepNext/>
        <w:keepLines/>
        <w:spacing w:after="100"/>
      </w:pPr>
      <w:r>
        <w:rPr>
          <w:b w:val="0"/>
        </w:rPr>
        <w:t>9.  A, B ve C raflarındaki kitap sayıları için A : B = 3 : 4 ve B : C = 6 : 5’tir. Üç rafta toplam 124 kitap olduğuna göre C rafında kaç kitap vardır?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40</w:t>
      </w:r>
      <w:r>
        <w:tab/>
      </w:r>
      <w:r>
        <w:rPr>
          <w:b/>
        </w:rPr>
        <w:t xml:space="preserve">B) </w:t>
      </w:r>
      <w:r>
        <w:rPr>
          <w:b w:val="0"/>
        </w:rPr>
        <w:t>42</w:t>
      </w:r>
      <w:r>
        <w:tab/>
      </w:r>
      <w:r>
        <w:rPr>
          <w:b/>
        </w:rPr>
        <w:t xml:space="preserve">C) </w:t>
      </w:r>
      <w:r>
        <w:rPr>
          <w:b w:val="0"/>
        </w:rPr>
        <w:t>45</w:t>
      </w:r>
      <w:r>
        <w:tab/>
      </w:r>
      <w:r>
        <w:rPr>
          <w:b/>
        </w:rPr>
        <w:t xml:space="preserve">D) </w:t>
      </w:r>
      <w:r>
        <w:rPr>
          <w:b w:val="0"/>
        </w:rPr>
        <w:t>48</w:t>
      </w:r>
      <w:r>
        <w:tab/>
      </w:r>
      <w:r>
        <w:rPr>
          <w:b/>
        </w:rPr>
        <w:t xml:space="preserve">E) </w:t>
      </w:r>
      <w:r>
        <w:rPr>
          <w:b w:val="0"/>
        </w:rPr>
        <w:t>60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 xml:space="preserve">10.  Pozitif x ve y sayıları için x : y = 5 : 8 ve </w:t>
      </w:r>
      <m:oMath>
        <m:r>
          <m:rPr>
            <m:sty m:val="p"/>
          </m:rPr>
          <m:t xml:space="preserve">y − x = 9</m:t>
        </m:r>
      </m:oMath>
      <w:r>
        <w:rPr>
          <w:b w:val="0"/>
        </w:rPr>
        <w:t xml:space="preserve">’dur. Buna göre </w:t>
      </w:r>
      <m:oMath>
        <m:r>
          <m:rPr>
            <m:sty m:val="p"/>
          </m:rPr>
          <m:t xml:space="preserve">2x + 3y</m:t>
        </m:r>
      </m:oMath>
      <w:r>
        <w:rPr>
          <w:b w:val="0"/>
        </w:rPr>
        <w:t xml:space="preserve"> kaçtır?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39</w:t>
      </w:r>
      <w:r>
        <w:tab/>
      </w:r>
      <w:r>
        <w:rPr>
          <w:b/>
        </w:rPr>
        <w:t xml:space="preserve">B) </w:t>
      </w:r>
      <w:r>
        <w:rPr>
          <w:b w:val="0"/>
        </w:rPr>
        <w:t>78</w:t>
      </w:r>
      <w:r>
        <w:tab/>
      </w:r>
      <w:r>
        <w:rPr>
          <w:b/>
        </w:rPr>
        <w:t xml:space="preserve">C) </w:t>
      </w:r>
      <w:r>
        <w:rPr>
          <w:b w:val="0"/>
        </w:rPr>
        <w:t>87</w:t>
      </w:r>
      <w:r>
        <w:tab/>
      </w:r>
      <w:r>
        <w:rPr>
          <w:b/>
        </w:rPr>
        <w:t xml:space="preserve">D) </w:t>
      </w:r>
      <w:r>
        <w:rPr>
          <w:b w:val="0"/>
        </w:rPr>
        <w:t>102</w:t>
      </w:r>
      <w:r>
        <w:tab/>
      </w:r>
      <w:r>
        <w:rPr>
          <w:b/>
        </w:rPr>
        <w:t xml:space="preserve">E) </w:t>
      </w:r>
      <w:r>
        <w:rPr>
          <w:b w:val="0"/>
        </w:rPr>
        <w:t>117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11.  Bir torbada yalnızca kırmızı ve mavi taşlar vardır. Başlangıçta kırmızı taş sayısının mavi taş sayısına oranı 5 : 7’dir. Torbaya yalnızca 8 mavi taş eklenince bu oran 5 : 9 oluyor. Başlangıçta torbada toplam kaç taş vardır?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40</w:t>
      </w:r>
      <w:r>
        <w:tab/>
      </w:r>
      <w:r>
        <w:rPr>
          <w:b/>
        </w:rPr>
        <w:t xml:space="preserve">B) </w:t>
      </w:r>
      <w:r>
        <w:rPr>
          <w:b w:val="0"/>
        </w:rPr>
        <w:t>48</w:t>
      </w:r>
      <w:r>
        <w:tab/>
      </w:r>
      <w:r>
        <w:rPr>
          <w:b/>
        </w:rPr>
        <w:t xml:space="preserve">C) </w:t>
      </w:r>
      <w:r>
        <w:rPr>
          <w:b w:val="0"/>
        </w:rPr>
        <w:t>56</w:t>
      </w:r>
      <w:r>
        <w:tab/>
      </w:r>
      <w:r>
        <w:rPr>
          <w:b/>
        </w:rPr>
        <w:t xml:space="preserve">D) </w:t>
      </w:r>
      <w:r>
        <w:rPr>
          <w:b w:val="0"/>
        </w:rPr>
        <w:t>60</w:t>
      </w:r>
      <w:r>
        <w:tab/>
      </w:r>
      <w:r>
        <w:rPr>
          <w:b/>
        </w:rPr>
        <w:t xml:space="preserve">E) </w:t>
      </w:r>
      <w:r>
        <w:rPr>
          <w:b w:val="0"/>
        </w:rPr>
        <w:t>72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12.  Birinci kapta portakal suyu ile suyun hacim oranı 1 : 4 olan 25 litre karışım vardır. İkinci kapta bu oran 2 : 3’tür ve toplam 30 litre karışım bulunur. İki kaptaki karışımların tamamı birleştiriliyor. Hacim kaybı olmadığına göre yeni karışımdaki portakal suyu hacminin su hacmine oranı kaçtır?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m:oMath>
        <m:f>
          <m:num>
            <m:r>
              <m:rPr>
                <m:sty m:val="p"/>
              </m:rPr>
              <m:t xml:space="preserve">3</m:t>
            </m:r>
          </m:num>
          <m:den>
            <m:r>
              <m:rPr>
                <m:sty m:val="p"/>
              </m:rPr>
              <m:t xml:space="preserve">7</m:t>
            </m:r>
          </m:den>
        </m:f>
      </m:oMath>
      <w:r>
        <w:tab/>
      </w:r>
      <w:r>
        <w:rPr>
          <w:b/>
        </w:rPr>
        <w:t xml:space="preserve">B) </w:t>
      </w:r>
      <m:oMath>
        <m:f>
          <m:num>
            <m:r>
              <m:rPr>
                <m:sty m:val="p"/>
              </m:rPr>
              <m:t xml:space="preserve">17</m:t>
            </m:r>
          </m:num>
          <m:den>
            <m:r>
              <m:rPr>
                <m:sty m:val="p"/>
              </m:rPr>
              <m:t xml:space="preserve">55</m:t>
            </m:r>
          </m:den>
        </m:f>
      </m:oMath>
      <w:r>
        <w:tab/>
      </w:r>
      <w:r>
        <w:rPr>
          <w:b/>
        </w:rPr>
        <w:t xml:space="preserve">C) </w:t>
      </w:r>
      <m:oMath>
        <m:f>
          <m:num>
            <m:r>
              <m:rPr>
                <m:sty m:val="p"/>
              </m:rPr>
              <m:t xml:space="preserve">17</m:t>
            </m:r>
          </m:num>
          <m:den>
            <m:r>
              <m:rPr>
                <m:sty m:val="p"/>
              </m:rPr>
              <m:t xml:space="preserve">38</m:t>
            </m:r>
          </m:den>
        </m:f>
      </m:oMath>
      <w:r>
        <w:tab/>
      </w:r>
      <w:r>
        <w:rPr>
          <w:b/>
        </w:rPr>
        <w:t xml:space="preserve">D) </w:t>
      </w:r>
      <m:oMath>
        <m:f>
          <m:num>
            <m:r>
              <m:rPr>
                <m:sty m:val="p"/>
              </m:rPr>
              <m:t xml:space="preserve">2</m:t>
            </m:r>
          </m:num>
          <m:den>
            <m:r>
              <m:rPr>
                <m:sty m:val="p"/>
              </m:rPr>
              <m:t xml:space="preserve">3</m:t>
            </m:r>
          </m:den>
        </m:f>
      </m:oMath>
      <w:r>
        <w:tab/>
      </w:r>
      <w:r>
        <w:rPr>
          <w:b/>
        </w:rPr>
        <w:t xml:space="preserve">E) </w:t>
      </w:r>
      <m:oMath>
        <m:f>
          <m:num>
            <m:r>
              <m:rPr>
                <m:sty m:val="p"/>
              </m:rPr>
              <m:t xml:space="preserve">38</m:t>
            </m:r>
          </m:num>
          <m:den>
            <m:r>
              <m:rPr>
                <m:sty m:val="p"/>
              </m:rPr>
              <m:t xml:space="preserve">17</m:t>
            </m:r>
          </m:den>
        </m:f>
      </m:oMath>
    </w:p>
    <w:p>
      <w:pPr>
        <w:spacing w:after="0" w:line="240" w:lineRule="auto" w:before="440"/>
      </w:pPr>
    </w:p>
    <w:p>
      <w:r>
        <w:br w:type="page"/>
      </w:r>
    </w:p>
    <w:p>
      <w:pPr>
        <w:pStyle w:val="Heading1"/>
      </w:pPr>
      <w:r>
        <w:rPr>
          <w:b w:val="0"/>
        </w:rPr>
        <w:t>Sorular 13 ile 16</w:t>
      </w:r>
    </w:p>
    <w:p>
      <w:pPr>
        <w:keepNext/>
        <w:keepLines/>
        <w:spacing w:after="100"/>
      </w:pPr>
      <w:r>
        <w:rPr>
          <w:b w:val="0"/>
        </w:rPr>
        <w:t>13.  Aşağıdaki tabloda her seçenek için x’in 2, 4 ve 6 değerlerine karşılık gelen y değerleri verilmiştir. Hangi seçenekteki üç veri çifti, x ile y arasında doğru orantı olduğunu gösterir?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008"/>
        <w:gridCol w:w="3024"/>
        <w:gridCol w:w="3024"/>
        <w:gridCol w:w="3024"/>
      </w:tblGrid>
      <w:tr>
        <w:trPr>
          <w:cantSplit/>
          <w:tblHeader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center"/>
            </w:pPr>
            <w:r>
              <w:rPr>
                <w:b/>
                <w:sz w:val="20"/>
              </w:rPr>
              <w:t>Seçenek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x = 2 için y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x = 4 için y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DEFF2"/>
          </w:tcPr>
          <w:p>
            <w:pPr>
              <w:spacing w:after="0" w:line="252" w:lineRule="auto"/>
              <w:jc w:val="left"/>
            </w:pPr>
            <w:r>
              <w:rPr>
                <w:b/>
                <w:sz w:val="20"/>
              </w:rPr>
              <w:t>x = 6 için y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A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24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36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B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14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26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38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C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36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18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12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D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24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48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b w:val="0"/>
                <w:sz w:val="20"/>
              </w:rPr>
              <w:t>E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12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20</w:t>
            </w:r>
          </w:p>
        </w:tc>
        <w:tc>
          <w:tcPr>
            <w:tcW w:type="dxa" w:w="302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b w:val="0"/>
                <w:sz w:val="20"/>
              </w:rPr>
              <w:t>28</w:t>
            </w:r>
          </w:p>
        </w:tc>
      </w:tr>
    </w:tbl>
    <w:p>
      <w:pPr>
        <w:spacing w:after="0" w:line="240" w:lineRule="auto" w:before="300"/>
      </w:pPr>
    </w:p>
    <w:p>
      <w:pPr>
        <w:keepNext/>
        <w:keepLines/>
        <w:spacing w:after="100"/>
      </w:pPr>
      <w:r>
        <w:rPr>
          <w:b w:val="0"/>
        </w:rPr>
        <w:t>14.  Aynı sabit hızla çalışan 6 özdeş makine, 3 saatte toplam 540 parça üretiyor. Bu makinelerden 9’u aynı hızla 5 saat çalışırsa toplam kaç parça üretir? Üretim kaybı ve duraklama yoktur.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810</w:t>
      </w:r>
      <w:r>
        <w:tab/>
      </w:r>
      <w:r>
        <w:rPr>
          <w:b/>
        </w:rPr>
        <w:t xml:space="preserve">B) </w:t>
      </w:r>
      <w:r>
        <w:rPr>
          <w:b w:val="0"/>
        </w:rPr>
        <w:t>900</w:t>
      </w:r>
      <w:r>
        <w:tab/>
      </w:r>
      <w:r>
        <w:rPr>
          <w:b/>
        </w:rPr>
        <w:t xml:space="preserve">C) </w:t>
      </w:r>
      <w:r>
        <w:rPr>
          <w:b w:val="0"/>
        </w:rPr>
        <w:t>1080</w:t>
      </w:r>
      <w:r>
        <w:tab/>
      </w:r>
      <w:r>
        <w:rPr>
          <w:b/>
        </w:rPr>
        <w:t xml:space="preserve">D) </w:t>
      </w:r>
      <w:r>
        <w:rPr>
          <w:b w:val="0"/>
        </w:rPr>
        <w:t>1200</w:t>
      </w:r>
      <w:r>
        <w:tab/>
      </w:r>
      <w:r>
        <w:rPr>
          <w:b/>
        </w:rPr>
        <w:t xml:space="preserve">E) </w:t>
      </w:r>
      <w:r>
        <w:rPr>
          <w:b w:val="0"/>
        </w:rPr>
        <w:t>1350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15.  Eşit ve sabit hızla çalışan 12 kişilik bir ekip, bir düzenleme işini 15 günde bitirebilmektedir. Ekip 5 tam gün çalıştıktan sonra 4 kişi ekipten ayrılıyor. Kalan 8 kişi aynı günlük çalışma süresi ve aynı bireysel hızla işe devam ediyor. İş, başlangıçtan itibaren toplam kaç günde tamamlanır?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15</w:t>
      </w:r>
      <w:r>
        <w:tab/>
      </w:r>
      <w:r>
        <w:rPr>
          <w:b/>
        </w:rPr>
        <w:t xml:space="preserve">B) </w:t>
      </w:r>
      <w:r>
        <w:rPr>
          <w:b w:val="0"/>
        </w:rPr>
        <w:t>16</w:t>
      </w:r>
      <w:r>
        <w:tab/>
      </w:r>
      <w:r>
        <w:rPr>
          <w:b/>
        </w:rPr>
        <w:t xml:space="preserve">C) </w:t>
      </w:r>
      <w:r>
        <w:rPr>
          <w:b w:val="0"/>
        </w:rPr>
        <w:t>18</w:t>
      </w:r>
      <w:r>
        <w:tab/>
      </w:r>
      <w:r>
        <w:rPr>
          <w:b/>
        </w:rPr>
        <w:t xml:space="preserve">D) </w:t>
      </w:r>
      <w:r>
        <w:rPr>
          <w:b w:val="0"/>
        </w:rPr>
        <w:t>20</w:t>
      </w:r>
      <w:r>
        <w:tab/>
      </w:r>
      <w:r>
        <w:rPr>
          <w:b/>
        </w:rPr>
        <w:t xml:space="preserve">E) </w:t>
      </w:r>
      <w:r>
        <w:rPr>
          <w:b w:val="0"/>
        </w:rPr>
        <w:t>25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16.  A ve B araçlarının aldıkları yolların oranı 4 : 7, bu yolları alma sürelerinin oranı ise 5 : 6’dır. Her araç kendi yolculuğu boyunca sabit hızla gittiğine göre A aracının hızının B aracının hızına oranı kaçtır?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m:oMath>
        <m:f>
          <m:num>
            <m:r>
              <m:rPr>
                <m:sty m:val="p"/>
              </m:rPr>
              <m:t xml:space="preserve">10</m:t>
            </m:r>
          </m:num>
          <m:den>
            <m:r>
              <m:rPr>
                <m:sty m:val="p"/>
              </m:rPr>
              <m:t xml:space="preserve">21</m:t>
            </m:r>
          </m:den>
        </m:f>
      </m:oMath>
      <w:r>
        <w:tab/>
      </w:r>
      <w:r>
        <w:rPr>
          <w:b/>
        </w:rPr>
        <w:t xml:space="preserve">B) </w:t>
      </w:r>
      <m:oMath>
        <m:f>
          <m:num>
            <m:r>
              <m:rPr>
                <m:sty m:val="p"/>
              </m:rPr>
              <m:t xml:space="preserve">24</m:t>
            </m:r>
          </m:num>
          <m:den>
            <m:r>
              <m:rPr>
                <m:sty m:val="p"/>
              </m:rPr>
              <m:t xml:space="preserve">35</m:t>
            </m:r>
          </m:den>
        </m:f>
      </m:oMath>
      <w:r>
        <w:tab/>
      </w:r>
      <w:r>
        <w:rPr>
          <w:b/>
        </w:rPr>
        <w:t xml:space="preserve">C) </w:t>
      </w:r>
      <m:oMath>
        <m:f>
          <m:num>
            <m:r>
              <m:rPr>
                <m:sty m:val="p"/>
              </m:rPr>
              <m:t xml:space="preserve">5</m:t>
            </m:r>
          </m:num>
          <m:den>
            <m:r>
              <m:rPr>
                <m:sty m:val="p"/>
              </m:rPr>
              <m:t xml:space="preserve">6</m:t>
            </m:r>
          </m:den>
        </m:f>
      </m:oMath>
      <w:r>
        <w:tab/>
      </w:r>
      <w:r>
        <w:rPr>
          <w:b/>
        </w:rPr>
        <w:t xml:space="preserve">D) </w:t>
      </w:r>
      <m:oMath>
        <m:f>
          <m:num>
            <m:r>
              <m:rPr>
                <m:sty m:val="p"/>
              </m:rPr>
              <m:t xml:space="preserve">6</m:t>
            </m:r>
          </m:num>
          <m:den>
            <m:r>
              <m:rPr>
                <m:sty m:val="p"/>
              </m:rPr>
              <m:t xml:space="preserve">5</m:t>
            </m:r>
          </m:den>
        </m:f>
      </m:oMath>
      <w:r>
        <w:tab/>
      </w:r>
      <w:r>
        <w:rPr>
          <w:b/>
        </w:rPr>
        <w:t xml:space="preserve">E) </w:t>
      </w:r>
      <m:oMath>
        <m:f>
          <m:num>
            <m:r>
              <m:rPr>
                <m:sty m:val="p"/>
              </m:rPr>
              <m:t xml:space="preserve">35</m:t>
            </m:r>
          </m:num>
          <m:den>
            <m:r>
              <m:rPr>
                <m:sty m:val="p"/>
              </m:rPr>
              <m:t xml:space="preserve">24</m:t>
            </m:r>
          </m:den>
        </m:f>
      </m:oMath>
    </w:p>
    <w:p>
      <w:pPr>
        <w:spacing w:after="0" w:line="240" w:lineRule="auto" w:before="440"/>
      </w:pPr>
    </w:p>
    <w:p>
      <w:r>
        <w:br w:type="page"/>
      </w:r>
    </w:p>
    <w:p>
      <w:pPr>
        <w:pStyle w:val="Heading1"/>
      </w:pPr>
      <w:r>
        <w:rPr>
          <w:b w:val="0"/>
        </w:rPr>
        <w:t>Sorular 17 ile 20</w:t>
      </w:r>
    </w:p>
    <w:p>
      <w:pPr>
        <w:keepNext/>
        <w:keepLines/>
        <w:spacing w:after="100"/>
      </w:pPr>
      <w:r>
        <w:rPr>
          <w:b w:val="0"/>
        </w:rPr>
        <w:t>17.  Aynı yürüyüş parkuru iki haritada gösteriliyor. 1 : 15 000 ölçekli haritada parkurun uzunluğu 12 cm olarak ölçülüyor. Parkurun 1 : 25 000 ölçekli haritadaki uzunluğu kaç santimetredir?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4,8</w:t>
      </w:r>
      <w:r>
        <w:tab/>
      </w:r>
      <w:r>
        <w:rPr>
          <w:b/>
        </w:rPr>
        <w:t xml:space="preserve">B) </w:t>
      </w:r>
      <w:r>
        <w:rPr>
          <w:b w:val="0"/>
        </w:rPr>
        <w:t>6</w:t>
      </w:r>
      <w:r>
        <w:tab/>
      </w:r>
      <w:r>
        <w:rPr>
          <w:b/>
        </w:rPr>
        <w:t xml:space="preserve">C) </w:t>
      </w:r>
      <w:r>
        <w:rPr>
          <w:b w:val="0"/>
        </w:rPr>
        <w:t>7,2</w:t>
      </w:r>
      <w:r>
        <w:tab/>
      </w:r>
      <w:r>
        <w:rPr>
          <w:b/>
        </w:rPr>
        <w:t xml:space="preserve">D) </w:t>
      </w:r>
      <w:r>
        <w:rPr>
          <w:b w:val="0"/>
        </w:rPr>
        <w:t>15</w:t>
      </w:r>
      <w:r>
        <w:tab/>
      </w:r>
      <w:r>
        <w:rPr>
          <w:b/>
        </w:rPr>
        <w:t xml:space="preserve">E) </w:t>
      </w:r>
      <w:r>
        <w:rPr>
          <w:b w:val="0"/>
        </w:rPr>
        <w:t>20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18.  Bir atölyede kullanılabilir durumdaki 5 metre kumaşın tamamıyla 8 özdeş çanta dikiliyor. Yeni bir sipariş için alınacak kumaşın uzunluğunun %20’si, kusurlu olduğu için kullanılamayacaktır. Kalan kumaş aynı verimle işleneceğine göre 160 çanta dikmek için en az kaç metre kumaş alınmalıdır? Başka kumaş kaybı yoktur.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100</w:t>
      </w:r>
      <w:r>
        <w:tab/>
      </w:r>
      <w:r>
        <w:rPr>
          <w:b/>
        </w:rPr>
        <w:t xml:space="preserve">B) </w:t>
      </w:r>
      <w:r>
        <w:rPr>
          <w:b w:val="0"/>
        </w:rPr>
        <w:t>120</w:t>
      </w:r>
      <w:r>
        <w:tab/>
      </w:r>
      <w:r>
        <w:rPr>
          <w:b/>
        </w:rPr>
        <w:t xml:space="preserve">C) </w:t>
      </w:r>
      <w:r>
        <w:rPr>
          <w:b w:val="0"/>
        </w:rPr>
        <w:t>125</w:t>
      </w:r>
      <w:r>
        <w:tab/>
      </w:r>
      <w:r>
        <w:rPr>
          <w:b/>
        </w:rPr>
        <w:t xml:space="preserve">D) </w:t>
      </w:r>
      <w:r>
        <w:rPr>
          <w:b w:val="0"/>
        </w:rPr>
        <w:t>128</w:t>
      </w:r>
      <w:r>
        <w:tab/>
      </w:r>
      <w:r>
        <w:rPr>
          <w:b/>
        </w:rPr>
        <w:t xml:space="preserve">E) </w:t>
      </w:r>
      <w:r>
        <w:rPr>
          <w:b w:val="0"/>
        </w:rPr>
        <w:t>160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19.  A ve B kutularındaki kalem sayılarının oranı 4 : 9’dur. A kutusundan 6, B kutusundan 18 kalem çıkarıldığında, kalan kalem sayılarının A : B oranı 1 : 2 oluyor. Buna göre başlangıçta iki kutuda toplam kaç kalem vardır?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39</w:t>
      </w:r>
      <w:r>
        <w:tab/>
      </w:r>
      <w:r>
        <w:rPr>
          <w:b/>
        </w:rPr>
        <w:t xml:space="preserve">B) </w:t>
      </w:r>
      <w:r>
        <w:rPr>
          <w:b w:val="0"/>
        </w:rPr>
        <w:t>52</w:t>
      </w:r>
      <w:r>
        <w:tab/>
      </w:r>
      <w:r>
        <w:rPr>
          <w:b/>
        </w:rPr>
        <w:t xml:space="preserve">C) </w:t>
      </w:r>
      <w:r>
        <w:rPr>
          <w:b w:val="0"/>
        </w:rPr>
        <w:t>60</w:t>
      </w:r>
      <w:r>
        <w:tab/>
      </w:r>
      <w:r>
        <w:rPr>
          <w:b/>
        </w:rPr>
        <w:t xml:space="preserve">D) </w:t>
      </w:r>
      <w:r>
        <w:rPr>
          <w:b w:val="0"/>
        </w:rPr>
        <w:t>65</w:t>
      </w:r>
      <w:r>
        <w:tab/>
      </w:r>
      <w:r>
        <w:rPr>
          <w:b/>
        </w:rPr>
        <w:t xml:space="preserve">E) </w:t>
      </w:r>
      <w:r>
        <w:rPr>
          <w:b w:val="0"/>
        </w:rPr>
        <w:t>78</w:t>
      </w:r>
    </w:p>
    <w:p>
      <w:pPr>
        <w:spacing w:after="0" w:line="240" w:lineRule="auto" w:before="440"/>
      </w:pPr>
    </w:p>
    <w:p>
      <w:pPr>
        <w:keepNext/>
        <w:keepLines/>
        <w:spacing w:after="100"/>
      </w:pPr>
      <w:r>
        <w:rPr>
          <w:b w:val="0"/>
        </w:rPr>
        <w:t>20.  Bir atölyede 3 özdeş A tipi makine birlikte 8 dakikada 120 parça, 2 özdeş B tipi makine birlikte 6 dakikada 90 parça üretiyor. Her makine kendi türü için sabit hızla çalışıyor. 2 A tipi ve 4 B tipi makine aynı anda çalışmaya başlarsa 480 parçayı kaç dakikada üretir? Üretimler birbirinden bağımsızdır; duraklama ve üretim kaybı yoktur.</w:t>
      </w:r>
    </w:p>
    <w:p>
      <w:pPr>
        <w:tabs>
          <w:tab w:pos="2016" w:val="left"/>
          <w:tab w:pos="4032" w:val="left"/>
          <w:tab w:pos="6048" w:val="left"/>
          <w:tab w:pos="8064" w:val="left"/>
        </w:tabs>
        <w:spacing w:before="100" w:after="0"/>
      </w:pPr>
      <w:r>
        <w:rPr>
          <w:b/>
        </w:rPr>
        <w:t xml:space="preserve">A) </w:t>
      </w:r>
      <w:r>
        <w:rPr>
          <w:b w:val="0"/>
        </w:rPr>
        <w:t>6</w:t>
      </w:r>
      <w:r>
        <w:tab/>
      </w:r>
      <w:r>
        <w:rPr>
          <w:b/>
        </w:rPr>
        <w:t xml:space="preserve">B) </w:t>
      </w:r>
      <w:r>
        <w:rPr>
          <w:b w:val="0"/>
        </w:rPr>
        <w:t>8</w:t>
      </w:r>
      <w:r>
        <w:tab/>
      </w:r>
      <w:r>
        <w:rPr>
          <w:b/>
        </w:rPr>
        <w:t xml:space="preserve">C) </w:t>
      </w:r>
      <w:r>
        <w:rPr>
          <w:b w:val="0"/>
        </w:rPr>
        <w:t>10</w:t>
      </w:r>
      <w:r>
        <w:tab/>
      </w:r>
      <w:r>
        <w:rPr>
          <w:b/>
        </w:rPr>
        <w:t xml:space="preserve">D) </w:t>
      </w:r>
      <w:r>
        <w:rPr>
          <w:b w:val="0"/>
        </w:rPr>
        <w:t>12</w:t>
      </w:r>
      <w:r>
        <w:tab/>
      </w:r>
      <w:r>
        <w:rPr>
          <w:b/>
        </w:rPr>
        <w:t xml:space="preserve">E) </w:t>
      </w:r>
      <w:r>
        <w:rPr>
          <w:b w:val="0"/>
        </w:rPr>
        <w:t>16</w:t>
      </w:r>
    </w:p>
    <w:p>
      <w:pPr>
        <w:spacing w:after="0" w:line="240" w:lineRule="auto" w:before="44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79" w:right="1080" w:bottom="936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072" w:val="left"/>
      </w:tabs>
    </w:pPr>
    <w:r>
      <w:rPr>
        <w:sz w:val="16"/>
      </w:rPr>
      <w:t>Soru kitapçığı  •  Sürüm 1.0  •  15 Eylül 2026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YKS SORU BANKALARI  |  ORAN ORANTI  |  PİLOT 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40"/>
      <w:outlineLvl w:val="0"/>
    </w:pPr>
    <w:rPr>
      <w:rFonts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Arial" w:hAnsi="Arial" w:eastAsia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Arial" w:hAnsi="Arial" w:eastAsia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Arial" w:hAnsi="Arial" w:eastAsia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TYT Oran Orantı Soru kitapçığı</dc:title>
  <dc:subject>20 soruluk özgün pilot</dc:subject>
  <dc:creator>YKS Soru Bankaları</dc:creator>
  <cp:keywords>TYT, matematik, oran, orantı, pilot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